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GP Maternity Locum (6–8 Sessions)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Plus Surgery, Jersey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Start: September 2026 (9–12 months, some flexibility)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We’re looking for a GP to join us at Health Plus Surgery to </w:t>
      </w:r>
      <w:r w:rsidDel="00000000" w:rsidR="00000000" w:rsidRPr="00000000">
        <w:rPr>
          <w:sz w:val="24"/>
          <w:szCs w:val="24"/>
          <w:rtl w:val="0"/>
        </w:rPr>
        <w:t xml:space="preserve">cover maternity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leave for one of our doctors from September 2026.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is a great opportunity for someone who enjoys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proper, continuity-based general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within a supportive team — and fancies a stint living and working in Jersey.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could be a great opportunity to “try out” Jersey and see if it might be somewhere you wanted to be long term.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What the job looks like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6–8 sessions per week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15-minute appointments, with 14 patients per session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duty doctor system covers same-day demand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Home visits are part of clinical session if required, not lunchtime extras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 time built in between clinics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Shared workflow, with support when colleagues are away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on-call requirement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Option to pick up extra sessions if you’d like to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 date is August or September 2026, depending on availability.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About us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We’re a friendly, well-established practice of around 8,000 patients with: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GP partners and 2 salaried doctors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supportive nursing team and HCA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Experienced admin and reception team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GP trainers and a current ST2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Broader MDT in the building including Sports Medicine, Osteopathy, Physio, Midwife, Acupuncture, Psychology, Counselling, Foot Care, Weight loss and Smoking cessation clinics.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use EMIS Web, alongside Heidi AI scribe and Accurx and have a fairly traditional setup — </w:t>
      </w:r>
      <w:r w:rsidDel="00000000" w:rsidR="00000000" w:rsidRPr="00000000">
        <w:rPr>
          <w:sz w:val="24"/>
          <w:szCs w:val="24"/>
          <w:rtl w:val="0"/>
        </w:rPr>
        <w:t xml:space="preserve">we dont use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eConsults. The focus here is on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quality, traditional general practice and continuity of care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work closely as a team, with regular catch-ups and an open-door culture. It’s a genuinely supportive place to work.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have a great staff room (and a coffee machine) and people actually stop to chat between clinics.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What we can offer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Indemnity covered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Travel costs to Jersey reimbursed at the start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Help with finding accommodation if needed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Free on-site parking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Mentoring and support, particularly for newly qualified GPs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Sensible workload and a good level of continuity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Working in Jersey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Jersey offers a really good balance — You get to work in a GP led service, delivering excellent continuity and seeing every presentation that walks in the door, but with a lifestyle that’s hard to match.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Think: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Beaches and coastal walks a few minutes from work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Easy commute (no long drives)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safe, friendly community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Fantastic food, stunning scenery and a great quality of life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It’s an easy place to settle into, whether you’re coming for a year or thinking longer term.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Who we’re looking for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We’re open-minded and can be flexible for the right person — newly qualified GPs are very welcome.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More important is that you: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Enjoy being part of a team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Value continuity and patient relationships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comfortable working in a fairly traditional GP setup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Personality fit matters to us — we’re a close team and keen to keep it that way.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Interested?</w:t>
      </w:r>
    </w:p>
    <w:p w:rsidR="00000000" w:rsidDel="00000000" w:rsidP="00000000" w:rsidRDefault="00000000" w:rsidRPr="00000000" w14:paraId="0000003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Drop us a CV and a short cover note: We are happy to arrange an informal chat or a virtual interview.</w:t>
      </w:r>
      <w:r w:rsidDel="00000000" w:rsidR="00000000" w:rsidRPr="00000000">
        <w:rPr>
          <w:rtl w:val="0"/>
        </w:rPr>
      </w:r>
    </w:p>
    <w:sdt>
      <w:sdtPr>
        <w:lock w:val="contentLocked"/>
        <w:id w:val="-2002612373"/>
        <w:tag w:val="goog_rdk_0"/>
      </w:sdtPr>
      <w:sdtContent>
        <w:tbl>
          <w:tblPr>
            <w:tblStyle w:val="Table1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20"/>
            <w:gridCol w:w="4320"/>
            <w:tblGridChange w:id="0">
              <w:tblGrid>
                <w:gridCol w:w="4320"/>
                <w:gridCol w:w="43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Dr Ed Klaber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br w:type="textWrapping"/>
                  <w:t xml:space="preserve">Partner</w:t>
                  <w:br w:type="textWrapping"/>
                </w:r>
                <w:r w:rsidDel="00000000" w:rsidR="00000000" w:rsidRPr="00000000">
                  <w:rPr>
                    <w:rFonts w:ascii="REM" w:cs="REM" w:eastAsia="REM" w:hAnsi="REM"/>
                    <w:sz w:val="24"/>
                    <w:szCs w:val="24"/>
                    <w:rtl w:val="0"/>
                  </w:rPr>
                  <w:t xml:space="preserve">📧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hyperlink r:id="rId7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e.klaber@healthplus.gpnet.je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Dr Philippa Le Gresley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br w:type="textWrapping"/>
                  <w:t xml:space="preserve">Partner</w:t>
                  <w:br w:type="textWrapping"/>
                </w:r>
                <w:r w:rsidDel="00000000" w:rsidR="00000000" w:rsidRPr="00000000">
                  <w:rPr>
                    <w:rFonts w:ascii="REM" w:cs="REM" w:eastAsia="REM" w:hAnsi="REM"/>
                    <w:sz w:val="24"/>
                    <w:szCs w:val="24"/>
                    <w:rtl w:val="0"/>
                  </w:rPr>
                  <w:t xml:space="preserve">📧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hyperlink r:id="rId8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p.legresley@healthplus.gpnet.je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_GB"/>
      </w:rPr>
    </w:rPrDefault>
    <w:pPrDefault>
      <w:pPr>
        <w:spacing w:after="200" w:before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052f61" w:space="0" w:sz="24" w:val="single"/>
        <w:left w:color="052f61" w:space="0" w:sz="24" w:val="single"/>
        <w:bottom w:color="052f61" w:space="0" w:sz="24" w:val="single"/>
        <w:right w:color="052f61" w:space="0" w:sz="24" w:val="single"/>
      </w:pBdr>
      <w:shd w:fill="052f61" w:val="clear"/>
      <w:spacing w:after="0" w:lineRule="auto"/>
    </w:pPr>
    <w:rPr>
      <w:b w:val="1"/>
      <w:bCs w:val="1"/>
      <w:smallCaps w:val="1"/>
      <w:color w:val="ffffff"/>
      <w:sz w:val="22"/>
      <w:szCs w:val="22"/>
    </w:rPr>
  </w:style>
  <w:style w:type="paragraph" w:styleId="Heading2">
    <w:name w:val="heading 2"/>
    <w:basedOn w:val="Normal"/>
    <w:next w:val="Normal"/>
    <w:pPr>
      <w:pBdr>
        <w:top w:color="b1d3fb" w:space="0" w:sz="24" w:val="single"/>
        <w:left w:color="b1d3fb" w:space="0" w:sz="24" w:val="single"/>
        <w:bottom w:color="b1d3fb" w:space="0" w:sz="24" w:val="single"/>
        <w:right w:color="b1d3fb" w:space="0" w:sz="24" w:val="single"/>
      </w:pBdr>
      <w:shd w:fill="b1d3fb" w:val="clear"/>
      <w:spacing w:after="0" w:lineRule="auto"/>
    </w:pPr>
    <w:rPr>
      <w:smallCaps w:val="1"/>
      <w:sz w:val="22"/>
      <w:szCs w:val="22"/>
    </w:rPr>
  </w:style>
  <w:style w:type="paragraph" w:styleId="Heading3">
    <w:name w:val="heading 3"/>
    <w:basedOn w:val="Normal"/>
    <w:next w:val="Normal"/>
    <w:pPr>
      <w:pBdr>
        <w:top w:color="052f61" w:space="2" w:sz="6" w:val="single"/>
        <w:left w:color="052f61" w:space="2" w:sz="6" w:val="single"/>
      </w:pBdr>
      <w:spacing w:after="0" w:before="300" w:lineRule="auto"/>
    </w:pPr>
    <w:rPr>
      <w:smallCaps w:val="1"/>
      <w:color w:val="021730"/>
      <w:sz w:val="22"/>
      <w:szCs w:val="22"/>
    </w:rPr>
  </w:style>
  <w:style w:type="paragraph" w:styleId="Heading4">
    <w:name w:val="heading 4"/>
    <w:basedOn w:val="Normal"/>
    <w:next w:val="Normal"/>
    <w:pPr>
      <w:pBdr>
        <w:top w:color="052f61" w:space="2" w:sz="6" w:val="dotted"/>
        <w:left w:color="052f61" w:space="2" w:sz="6" w:val="dotted"/>
      </w:pBdr>
      <w:spacing w:after="0" w:before="300" w:lineRule="auto"/>
    </w:pPr>
    <w:rPr>
      <w:smallCaps w:val="1"/>
      <w:color w:val="032348"/>
      <w:sz w:val="22"/>
      <w:szCs w:val="22"/>
    </w:rPr>
  </w:style>
  <w:style w:type="paragraph" w:styleId="Heading5">
    <w:name w:val="heading 5"/>
    <w:basedOn w:val="Normal"/>
    <w:next w:val="Normal"/>
    <w:pPr>
      <w:pBdr>
        <w:bottom w:color="052f61" w:space="1" w:sz="6" w:val="single"/>
      </w:pBdr>
      <w:spacing w:after="0" w:before="300" w:lineRule="auto"/>
    </w:pPr>
    <w:rPr>
      <w:smallCaps w:val="1"/>
      <w:color w:val="032348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052f61" w:space="1" w:sz="6" w:val="dotted"/>
      </w:pBdr>
      <w:spacing w:after="0" w:before="300" w:lineRule="auto"/>
    </w:pPr>
    <w:rPr>
      <w:smallCaps w:val="1"/>
      <w:color w:val="032348"/>
      <w:sz w:val="22"/>
      <w:szCs w:val="22"/>
    </w:rPr>
  </w:style>
  <w:style w:type="paragraph" w:styleId="Title">
    <w:name w:val="Title"/>
    <w:basedOn w:val="Normal"/>
    <w:next w:val="Normal"/>
    <w:pPr>
      <w:spacing w:before="720" w:lineRule="auto"/>
    </w:pPr>
    <w:rPr>
      <w:smallCaps w:val="1"/>
      <w:color w:val="052f61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9059C"/>
    <w:pPr>
      <w:spacing w:after="0" w:before="300"/>
      <w:outlineLvl w:val="6"/>
    </w:pPr>
    <w:rPr>
      <w:caps w:val="1"/>
      <w:color w:val="032348" w:themeColor="accent1" w:themeShade="0000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9059C"/>
    <w:pPr>
      <w:spacing w:after="0" w:before="300"/>
      <w:outlineLvl w:val="7"/>
    </w:pPr>
    <w:rPr>
      <w:caps w:val="1"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9059C"/>
    <w:pPr>
      <w:spacing w:after="0" w:before="300"/>
      <w:outlineLvl w:val="8"/>
    </w:pPr>
    <w:rPr>
      <w:i w:val="1"/>
      <w:caps w:val="1"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basedOn w:val="Normal"/>
    <w:link w:val="NoSpacingChar"/>
    <w:uiPriority w:val="1"/>
    <w:qFormat w:val="1"/>
    <w:rsid w:val="0019059C"/>
    <w:pPr>
      <w:spacing w:after="0" w:before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19059C"/>
    <w:rPr>
      <w:b w:val="1"/>
      <w:bCs w:val="1"/>
      <w:caps w:val="1"/>
      <w:color w:val="ffffff" w:themeColor="background1"/>
      <w:spacing w:val="15"/>
      <w:shd w:color="auto" w:fill="052f61" w:themeFill="accent1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19059C"/>
    <w:rPr>
      <w:caps w:val="1"/>
      <w:spacing w:val="15"/>
      <w:shd w:color="auto" w:fill="b1d2fb" w:themeFill="accent1" w:themeFillTint="000033" w:val="clear"/>
    </w:rPr>
  </w:style>
  <w:style w:type="character" w:styleId="Heading3Char" w:customStyle="1">
    <w:name w:val="Heading 3 Char"/>
    <w:basedOn w:val="DefaultParagraphFont"/>
    <w:link w:val="Heading3"/>
    <w:uiPriority w:val="9"/>
    <w:rsid w:val="0019059C"/>
    <w:rPr>
      <w:caps w:val="1"/>
      <w:color w:val="021730" w:themeColor="accent1" w:themeShade="00007F"/>
      <w:spacing w:val="15"/>
    </w:rPr>
  </w:style>
  <w:style w:type="character" w:styleId="TitleChar" w:customStyle="1">
    <w:name w:val="Title Char"/>
    <w:basedOn w:val="DefaultParagraphFont"/>
    <w:link w:val="Title"/>
    <w:uiPriority w:val="10"/>
    <w:rsid w:val="0019059C"/>
    <w:rPr>
      <w:caps w:val="1"/>
      <w:color w:val="052f61" w:themeColor="accent1"/>
      <w:spacing w:val="10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19059C"/>
    <w:rPr>
      <w:caps w:val="1"/>
      <w:color w:val="595959" w:themeColor="text1" w:themeTint="0000A6"/>
      <w:spacing w:val="1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19059C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19059C"/>
    <w:rPr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19059C"/>
    <w:rPr>
      <w:i w:val="1"/>
      <w:iCs w:val="1"/>
      <w:sz w:val="20"/>
      <w:szCs w:val="20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9059C"/>
    <w:rPr>
      <w:caps w:val="1"/>
      <w:color w:val="032348" w:themeColor="accent1" w:themeShade="0000BF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9059C"/>
    <w:rPr>
      <w:caps w:val="1"/>
      <w:color w:val="032348" w:themeColor="accent1" w:themeShade="0000BF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19059C"/>
    <w:rPr>
      <w:caps w:val="1"/>
      <w:color w:val="032348" w:themeColor="accent1" w:themeShade="0000BF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9059C"/>
    <w:rPr>
      <w:caps w:val="1"/>
      <w:color w:val="032348" w:themeColor="accent1" w:themeShade="0000BF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9059C"/>
    <w:rPr>
      <w:caps w:val="1"/>
      <w:spacing w:val="10"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9059C"/>
    <w:rPr>
      <w:i w:val="1"/>
      <w:caps w:val="1"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19059C"/>
    <w:rPr>
      <w:b w:val="1"/>
      <w:bCs w:val="1"/>
      <w:color w:val="032348" w:themeColor="accent1" w:themeShade="0000BF"/>
      <w:sz w:val="16"/>
      <w:szCs w:val="16"/>
    </w:rPr>
  </w:style>
  <w:style w:type="character" w:styleId="Strong">
    <w:name w:val="Strong"/>
    <w:uiPriority w:val="22"/>
    <w:qFormat w:val="1"/>
    <w:rsid w:val="0019059C"/>
    <w:rPr>
      <w:b w:val="1"/>
      <w:bCs w:val="1"/>
    </w:rPr>
  </w:style>
  <w:style w:type="character" w:styleId="Emphasis">
    <w:name w:val="Emphasis"/>
    <w:uiPriority w:val="20"/>
    <w:qFormat w:val="1"/>
    <w:rsid w:val="0019059C"/>
    <w:rPr>
      <w:caps w:val="1"/>
      <w:color w:val="021730" w:themeColor="accent1" w:themeShade="00007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19059C"/>
    <w:pPr>
      <w:pBdr>
        <w:top w:color="052f61" w:space="10" w:sz="4" w:themeColor="accent1" w:val="single"/>
        <w:left w:color="052f61" w:space="10" w:sz="4" w:themeColor="accent1" w:val="single"/>
      </w:pBdr>
      <w:spacing w:after="0"/>
      <w:ind w:left="1296" w:right="1152"/>
      <w:jc w:val="both"/>
    </w:pPr>
    <w:rPr>
      <w:i w:val="1"/>
      <w:iCs w:val="1"/>
      <w:color w:val="052f61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9059C"/>
    <w:rPr>
      <w:i w:val="1"/>
      <w:iCs w:val="1"/>
      <w:color w:val="052f61" w:themeColor="accent1"/>
      <w:sz w:val="20"/>
      <w:szCs w:val="20"/>
    </w:rPr>
  </w:style>
  <w:style w:type="character" w:styleId="SubtleEmphasis">
    <w:name w:val="Subtle Emphasis"/>
    <w:uiPriority w:val="19"/>
    <w:qFormat w:val="1"/>
    <w:rsid w:val="0019059C"/>
    <w:rPr>
      <w:i w:val="1"/>
      <w:iCs w:val="1"/>
      <w:color w:val="021730" w:themeColor="accent1" w:themeShade="00007F"/>
    </w:rPr>
  </w:style>
  <w:style w:type="character" w:styleId="IntenseEmphasis">
    <w:name w:val="Intense Emphasis"/>
    <w:uiPriority w:val="21"/>
    <w:qFormat w:val="1"/>
    <w:rsid w:val="0019059C"/>
    <w:rPr>
      <w:b w:val="1"/>
      <w:bCs w:val="1"/>
      <w:caps w:val="1"/>
      <w:color w:val="021730" w:themeColor="accent1" w:themeShade="00007F"/>
      <w:spacing w:val="10"/>
    </w:rPr>
  </w:style>
  <w:style w:type="character" w:styleId="SubtleReference">
    <w:name w:val="Subtle Reference"/>
    <w:uiPriority w:val="31"/>
    <w:qFormat w:val="1"/>
    <w:rsid w:val="0019059C"/>
    <w:rPr>
      <w:b w:val="1"/>
      <w:bCs w:val="1"/>
      <w:color w:val="052f61" w:themeColor="accent1"/>
    </w:rPr>
  </w:style>
  <w:style w:type="character" w:styleId="IntenseReference">
    <w:name w:val="Intense Reference"/>
    <w:uiPriority w:val="32"/>
    <w:qFormat w:val="1"/>
    <w:rsid w:val="0019059C"/>
    <w:rPr>
      <w:b w:val="1"/>
      <w:bCs w:val="1"/>
      <w:i w:val="1"/>
      <w:iCs w:val="1"/>
      <w:caps w:val="1"/>
      <w:color w:val="052f61" w:themeColor="accent1"/>
    </w:rPr>
  </w:style>
  <w:style w:type="character" w:styleId="BookTitle">
    <w:name w:val="Book Title"/>
    <w:uiPriority w:val="33"/>
    <w:qFormat w:val="1"/>
    <w:rsid w:val="0019059C"/>
    <w:rPr>
      <w:b w:val="1"/>
      <w:bCs w:val="1"/>
      <w:i w:val="1"/>
      <w:iCs w:val="1"/>
      <w:spacing w:val="9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19059C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32348" w:themeColor="accent1" w:themeShade="0000BF"/>
    </w:rPr>
    <w:tblPr>
      <w:tblStyleRowBandSize w:val="1"/>
      <w:tblStyleColBandSize w:val="1"/>
      <w:tblBorders>
        <w:top w:color="052f61" w:space="0" w:sz="8" w:themeColor="accent1" w:val="single"/>
        <w:bottom w:color="052f61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52f61" w:space="0" w:sz="8" w:themeColor="accent1" w:val="single"/>
          <w:left w:space="0" w:sz="0" w:val="nil"/>
          <w:bottom w:color="052f61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52f61" w:space="0" w:sz="8" w:themeColor="accent1" w:val="single"/>
          <w:left w:space="0" w:sz="0" w:val="nil"/>
          <w:bottom w:color="052f61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ec8fa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ec8fa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7b0a60" w:themeColor="accent2" w:themeShade="0000BF"/>
    </w:rPr>
    <w:tblPr>
      <w:tblStyleRowBandSize w:val="1"/>
      <w:tblStyleColBandSize w:val="1"/>
      <w:tblBorders>
        <w:top w:color="a50e82" w:space="0" w:sz="8" w:themeColor="accent2" w:val="single"/>
        <w:bottom w:color="a50e82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50e82" w:space="0" w:sz="8" w:themeColor="accent2" w:val="single"/>
          <w:left w:space="0" w:sz="0" w:val="nil"/>
          <w:bottom w:color="a50e82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0e82" w:space="0" w:sz="8" w:themeColor="accent2" w:val="single"/>
          <w:left w:space="0" w:sz="0" w:val="nil"/>
          <w:bottom w:color="a50e82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8b3e8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8b3e8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f705c" w:themeColor="accent3" w:themeShade="0000BF"/>
    </w:rPr>
    <w:tblPr>
      <w:tblStyleRowBandSize w:val="1"/>
      <w:tblStyleColBandSize w:val="1"/>
      <w:tblBorders>
        <w:top w:color="14967c" w:space="0" w:sz="8" w:themeColor="accent3" w:val="single"/>
        <w:bottom w:color="14967c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14967c" w:space="0" w:sz="8" w:themeColor="accent3" w:val="single"/>
          <w:left w:space="0" w:sz="0" w:val="nil"/>
          <w:bottom w:color="14967c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4967c" w:space="0" w:sz="8" w:themeColor="accent3" w:val="single"/>
          <w:left w:space="0" w:sz="0" w:val="nil"/>
          <w:bottom w:color="14967c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4f5e8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4f5e8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4f7617" w:themeColor="accent4" w:themeShade="0000BF"/>
    </w:rPr>
    <w:tblPr>
      <w:tblStyleRowBandSize w:val="1"/>
      <w:tblStyleColBandSize w:val="1"/>
      <w:tblBorders>
        <w:top w:color="6a9e1f" w:space="0" w:sz="8" w:themeColor="accent4" w:val="single"/>
        <w:bottom w:color="6a9e1f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6a9e1f" w:space="0" w:sz="8" w:themeColor="accent4" w:val="single"/>
          <w:left w:space="0" w:sz="0" w:val="nil"/>
          <w:bottom w:color="6a9e1f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6a9e1f" w:space="0" w:sz="8" w:themeColor="accent4" w:val="single"/>
          <w:left w:space="0" w:sz="0" w:val="nil"/>
          <w:bottom w:color="6a9e1f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cf2bc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cf2bc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c05916" w:themeColor="accent5" w:themeShade="0000BF"/>
    </w:rPr>
    <w:tblPr>
      <w:tblStyleRowBandSize w:val="1"/>
      <w:tblStyleColBandSize w:val="1"/>
      <w:tblBorders>
        <w:top w:color="e87d37" w:space="0" w:sz="8" w:themeColor="accent5" w:val="single"/>
        <w:bottom w:color="e87d37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87d37" w:space="0" w:sz="8" w:themeColor="accent5" w:val="single"/>
          <w:left w:space="0" w:sz="0" w:val="nil"/>
          <w:bottom w:color="e87d37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87d37" w:space="0" w:sz="8" w:themeColor="accent5" w:val="single"/>
          <w:left w:space="0" w:sz="0" w:val="nil"/>
          <w:bottom w:color="e87d37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ecd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ecd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941a1a" w:themeColor="accent6" w:themeShade="0000BF"/>
    </w:rPr>
    <w:tblPr>
      <w:tblStyleRowBandSize w:val="1"/>
      <w:tblStyleColBandSize w:val="1"/>
      <w:tblBorders>
        <w:top w:color="c62324" w:space="0" w:sz="8" w:themeColor="accent6" w:val="single"/>
        <w:bottom w:color="c62324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62324" w:space="0" w:sz="8" w:themeColor="accent6" w:val="single"/>
          <w:left w:space="0" w:sz="0" w:val="nil"/>
          <w:bottom w:color="c62324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62324" w:space="0" w:sz="8" w:themeColor="accent6" w:val="single"/>
          <w:left w:space="0" w:sz="0" w:val="nil"/>
          <w:bottom w:color="c62324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c4c4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c4c4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52f61" w:space="0" w:sz="8" w:themeColor="accent1" w:val="single"/>
        <w:left w:color="052f61" w:space="0" w:sz="8" w:themeColor="accent1" w:val="single"/>
        <w:bottom w:color="052f61" w:space="0" w:sz="8" w:themeColor="accent1" w:val="single"/>
        <w:right w:color="052f61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52f61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52f61" w:space="0" w:sz="6" w:themeColor="accent1" w:val="doub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52f61" w:space="0" w:sz="8" w:themeColor="accent1" w:val="sing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</w:tcBorders>
      </w:tcPr>
    </w:tblStylePr>
    <w:tblStylePr w:type="band1Horz">
      <w:tblPr/>
      <w:tcPr>
        <w:tcBorders>
          <w:top w:color="052f61" w:space="0" w:sz="8" w:themeColor="accent1" w:val="sing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a50e82" w:space="0" w:sz="8" w:themeColor="accent2" w:val="single"/>
        <w:left w:color="a50e82" w:space="0" w:sz="8" w:themeColor="accent2" w:val="single"/>
        <w:bottom w:color="a50e82" w:space="0" w:sz="8" w:themeColor="accent2" w:val="single"/>
        <w:right w:color="a50e82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50e82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0e82" w:space="0" w:sz="6" w:themeColor="accent2" w:val="doub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50e82" w:space="0" w:sz="8" w:themeColor="accent2" w:val="sing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</w:tcBorders>
      </w:tcPr>
    </w:tblStylePr>
    <w:tblStylePr w:type="band1Horz">
      <w:tblPr/>
      <w:tcPr>
        <w:tcBorders>
          <w:top w:color="a50e82" w:space="0" w:sz="8" w:themeColor="accent2" w:val="sing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14967c" w:space="0" w:sz="8" w:themeColor="accent3" w:val="single"/>
        <w:left w:color="14967c" w:space="0" w:sz="8" w:themeColor="accent3" w:val="single"/>
        <w:bottom w:color="14967c" w:space="0" w:sz="8" w:themeColor="accent3" w:val="single"/>
        <w:right w:color="14967c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14967c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4967c" w:space="0" w:sz="6" w:themeColor="accent3" w:val="doub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14967c" w:space="0" w:sz="8" w:themeColor="accent3" w:val="sing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</w:tcBorders>
      </w:tcPr>
    </w:tblStylePr>
    <w:tblStylePr w:type="band1Horz">
      <w:tblPr/>
      <w:tcPr>
        <w:tcBorders>
          <w:top w:color="14967c" w:space="0" w:sz="8" w:themeColor="accent3" w:val="sing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6a9e1f" w:space="0" w:sz="8" w:themeColor="accent4" w:val="single"/>
        <w:left w:color="6a9e1f" w:space="0" w:sz="8" w:themeColor="accent4" w:val="single"/>
        <w:bottom w:color="6a9e1f" w:space="0" w:sz="8" w:themeColor="accent4" w:val="single"/>
        <w:right w:color="6a9e1f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6a9e1f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6a9e1f" w:space="0" w:sz="6" w:themeColor="accent4" w:val="doub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6a9e1f" w:space="0" w:sz="8" w:themeColor="accent4" w:val="sing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</w:tcBorders>
      </w:tcPr>
    </w:tblStylePr>
    <w:tblStylePr w:type="band1Horz">
      <w:tblPr/>
      <w:tcPr>
        <w:tcBorders>
          <w:top w:color="6a9e1f" w:space="0" w:sz="8" w:themeColor="accent4" w:val="sing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e87d37" w:space="0" w:sz="8" w:themeColor="accent5" w:val="single"/>
        <w:left w:color="e87d37" w:space="0" w:sz="8" w:themeColor="accent5" w:val="single"/>
        <w:bottom w:color="e87d37" w:space="0" w:sz="8" w:themeColor="accent5" w:val="single"/>
        <w:right w:color="e87d37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87d37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87d37" w:space="0" w:sz="6" w:themeColor="accent5" w:val="doub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87d37" w:space="0" w:sz="8" w:themeColor="accent5" w:val="sing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</w:tcBorders>
      </w:tcPr>
    </w:tblStylePr>
    <w:tblStylePr w:type="band1Horz">
      <w:tblPr/>
      <w:tcPr>
        <w:tcBorders>
          <w:top w:color="e87d37" w:space="0" w:sz="8" w:themeColor="accent5" w:val="sing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62324" w:space="0" w:sz="8" w:themeColor="accent6" w:val="single"/>
        <w:left w:color="c62324" w:space="0" w:sz="8" w:themeColor="accent6" w:val="single"/>
        <w:bottom w:color="c62324" w:space="0" w:sz="8" w:themeColor="accent6" w:val="single"/>
        <w:right w:color="c62324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62324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62324" w:space="0" w:sz="6" w:themeColor="accent6" w:val="doub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62324" w:space="0" w:sz="8" w:themeColor="accent6" w:val="sing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</w:tcBorders>
      </w:tcPr>
    </w:tblStylePr>
    <w:tblStylePr w:type="band1Horz">
      <w:tblPr/>
      <w:tcPr>
        <w:tcBorders>
          <w:top w:color="c62324" w:space="0" w:sz="8" w:themeColor="accent6" w:val="sing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52f61" w:space="0" w:sz="8" w:themeColor="accent1" w:val="single"/>
        <w:left w:color="052f61" w:space="0" w:sz="8" w:themeColor="accent1" w:val="single"/>
        <w:bottom w:color="052f61" w:space="0" w:sz="8" w:themeColor="accent1" w:val="single"/>
        <w:right w:color="052f61" w:space="0" w:sz="8" w:themeColor="accent1" w:val="single"/>
        <w:insideH w:color="052f61" w:space="0" w:sz="8" w:themeColor="accent1" w:val="single"/>
        <w:insideV w:color="052f61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52f61" w:space="0" w:sz="8" w:themeColor="accent1" w:val="single"/>
          <w:left w:color="052f61" w:space="0" w:sz="8" w:themeColor="accent1" w:val="single"/>
          <w:bottom w:color="052f61" w:space="0" w:sz="18" w:themeColor="accent1" w:val="single"/>
          <w:right w:color="052f61" w:space="0" w:sz="8" w:themeColor="accent1" w:val="single"/>
          <w:insideH w:space="0" w:sz="0" w:val="nil"/>
          <w:insideV w:color="052f61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52f61" w:space="0" w:sz="6" w:themeColor="accent1" w:val="doub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  <w:insideH w:space="0" w:sz="0" w:val="nil"/>
          <w:insideV w:color="052f61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52f61" w:space="0" w:sz="8" w:themeColor="accent1" w:val="sing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</w:tcBorders>
      </w:tcPr>
    </w:tblStylePr>
    <w:tblStylePr w:type="band1Vert">
      <w:tblPr/>
      <w:tcPr>
        <w:tcBorders>
          <w:top w:color="052f61" w:space="0" w:sz="8" w:themeColor="accent1" w:val="sing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</w:tcBorders>
        <w:shd w:color="auto" w:fill="9ec8fa" w:themeFill="accent1" w:themeFillTint="00003F" w:val="clear"/>
      </w:tcPr>
    </w:tblStylePr>
    <w:tblStylePr w:type="band1Horz">
      <w:tblPr/>
      <w:tcPr>
        <w:tcBorders>
          <w:top w:color="052f61" w:space="0" w:sz="8" w:themeColor="accent1" w:val="sing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  <w:insideV w:color="052f61" w:space="0" w:sz="8" w:themeColor="accent1" w:val="single"/>
        </w:tcBorders>
        <w:shd w:color="auto" w:fill="9ec8fa" w:themeFill="accent1" w:themeFillTint="00003F" w:val="clear"/>
      </w:tcPr>
    </w:tblStylePr>
    <w:tblStylePr w:type="band2Horz">
      <w:tblPr/>
      <w:tcPr>
        <w:tcBorders>
          <w:top w:color="052f61" w:space="0" w:sz="8" w:themeColor="accent1" w:val="single"/>
          <w:left w:color="052f61" w:space="0" w:sz="8" w:themeColor="accent1" w:val="single"/>
          <w:bottom w:color="052f61" w:space="0" w:sz="8" w:themeColor="accent1" w:val="single"/>
          <w:right w:color="052f61" w:space="0" w:sz="8" w:themeColor="accent1" w:val="single"/>
          <w:insideV w:color="052f61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a50e82" w:space="0" w:sz="8" w:themeColor="accent2" w:val="single"/>
        <w:left w:color="a50e82" w:space="0" w:sz="8" w:themeColor="accent2" w:val="single"/>
        <w:bottom w:color="a50e82" w:space="0" w:sz="8" w:themeColor="accent2" w:val="single"/>
        <w:right w:color="a50e82" w:space="0" w:sz="8" w:themeColor="accent2" w:val="single"/>
        <w:insideH w:color="a50e82" w:space="0" w:sz="8" w:themeColor="accent2" w:val="single"/>
        <w:insideV w:color="a50e82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0e82" w:space="0" w:sz="8" w:themeColor="accent2" w:val="single"/>
          <w:left w:color="a50e82" w:space="0" w:sz="8" w:themeColor="accent2" w:val="single"/>
          <w:bottom w:color="a50e82" w:space="0" w:sz="18" w:themeColor="accent2" w:val="single"/>
          <w:right w:color="a50e82" w:space="0" w:sz="8" w:themeColor="accent2" w:val="single"/>
          <w:insideH w:space="0" w:sz="0" w:val="nil"/>
          <w:insideV w:color="a50e8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0e82" w:space="0" w:sz="6" w:themeColor="accent2" w:val="doub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  <w:insideH w:space="0" w:sz="0" w:val="nil"/>
          <w:insideV w:color="a50e8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0e82" w:space="0" w:sz="8" w:themeColor="accent2" w:val="sing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</w:tcBorders>
      </w:tcPr>
    </w:tblStylePr>
    <w:tblStylePr w:type="band1Vert">
      <w:tblPr/>
      <w:tcPr>
        <w:tcBorders>
          <w:top w:color="a50e82" w:space="0" w:sz="8" w:themeColor="accent2" w:val="sing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</w:tcBorders>
        <w:shd w:color="auto" w:fill="f8b3e8" w:themeFill="accent2" w:themeFillTint="00003F" w:val="clear"/>
      </w:tcPr>
    </w:tblStylePr>
    <w:tblStylePr w:type="band1Horz">
      <w:tblPr/>
      <w:tcPr>
        <w:tcBorders>
          <w:top w:color="a50e82" w:space="0" w:sz="8" w:themeColor="accent2" w:val="sing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  <w:insideV w:color="a50e82" w:space="0" w:sz="8" w:themeColor="accent2" w:val="single"/>
        </w:tcBorders>
        <w:shd w:color="auto" w:fill="f8b3e8" w:themeFill="accent2" w:themeFillTint="00003F" w:val="clear"/>
      </w:tcPr>
    </w:tblStylePr>
    <w:tblStylePr w:type="band2Horz">
      <w:tblPr/>
      <w:tcPr>
        <w:tcBorders>
          <w:top w:color="a50e82" w:space="0" w:sz="8" w:themeColor="accent2" w:val="single"/>
          <w:left w:color="a50e82" w:space="0" w:sz="8" w:themeColor="accent2" w:val="single"/>
          <w:bottom w:color="a50e82" w:space="0" w:sz="8" w:themeColor="accent2" w:val="single"/>
          <w:right w:color="a50e82" w:space="0" w:sz="8" w:themeColor="accent2" w:val="single"/>
          <w:insideV w:color="a50e82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14967c" w:space="0" w:sz="8" w:themeColor="accent3" w:val="single"/>
        <w:left w:color="14967c" w:space="0" w:sz="8" w:themeColor="accent3" w:val="single"/>
        <w:bottom w:color="14967c" w:space="0" w:sz="8" w:themeColor="accent3" w:val="single"/>
        <w:right w:color="14967c" w:space="0" w:sz="8" w:themeColor="accent3" w:val="single"/>
        <w:insideH w:color="14967c" w:space="0" w:sz="8" w:themeColor="accent3" w:val="single"/>
        <w:insideV w:color="14967c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4967c" w:space="0" w:sz="8" w:themeColor="accent3" w:val="single"/>
          <w:left w:color="14967c" w:space="0" w:sz="8" w:themeColor="accent3" w:val="single"/>
          <w:bottom w:color="14967c" w:space="0" w:sz="18" w:themeColor="accent3" w:val="single"/>
          <w:right w:color="14967c" w:space="0" w:sz="8" w:themeColor="accent3" w:val="single"/>
          <w:insideH w:space="0" w:sz="0" w:val="nil"/>
          <w:insideV w:color="14967c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4967c" w:space="0" w:sz="6" w:themeColor="accent3" w:val="doub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  <w:insideH w:space="0" w:sz="0" w:val="nil"/>
          <w:insideV w:color="14967c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14967c" w:space="0" w:sz="8" w:themeColor="accent3" w:val="sing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</w:tcBorders>
      </w:tcPr>
    </w:tblStylePr>
    <w:tblStylePr w:type="band1Vert">
      <w:tblPr/>
      <w:tcPr>
        <w:tcBorders>
          <w:top w:color="14967c" w:space="0" w:sz="8" w:themeColor="accent3" w:val="sing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</w:tcBorders>
        <w:shd w:color="auto" w:fill="b4f5e8" w:themeFill="accent3" w:themeFillTint="00003F" w:val="clear"/>
      </w:tcPr>
    </w:tblStylePr>
    <w:tblStylePr w:type="band1Horz">
      <w:tblPr/>
      <w:tcPr>
        <w:tcBorders>
          <w:top w:color="14967c" w:space="0" w:sz="8" w:themeColor="accent3" w:val="sing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  <w:insideV w:color="14967c" w:space="0" w:sz="8" w:themeColor="accent3" w:val="single"/>
        </w:tcBorders>
        <w:shd w:color="auto" w:fill="b4f5e8" w:themeFill="accent3" w:themeFillTint="00003F" w:val="clear"/>
      </w:tcPr>
    </w:tblStylePr>
    <w:tblStylePr w:type="band2Horz">
      <w:tblPr/>
      <w:tcPr>
        <w:tcBorders>
          <w:top w:color="14967c" w:space="0" w:sz="8" w:themeColor="accent3" w:val="single"/>
          <w:left w:color="14967c" w:space="0" w:sz="8" w:themeColor="accent3" w:val="single"/>
          <w:bottom w:color="14967c" w:space="0" w:sz="8" w:themeColor="accent3" w:val="single"/>
          <w:right w:color="14967c" w:space="0" w:sz="8" w:themeColor="accent3" w:val="single"/>
          <w:insideV w:color="14967c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6a9e1f" w:space="0" w:sz="8" w:themeColor="accent4" w:val="single"/>
        <w:left w:color="6a9e1f" w:space="0" w:sz="8" w:themeColor="accent4" w:val="single"/>
        <w:bottom w:color="6a9e1f" w:space="0" w:sz="8" w:themeColor="accent4" w:val="single"/>
        <w:right w:color="6a9e1f" w:space="0" w:sz="8" w:themeColor="accent4" w:val="single"/>
        <w:insideH w:color="6a9e1f" w:space="0" w:sz="8" w:themeColor="accent4" w:val="single"/>
        <w:insideV w:color="6a9e1f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6a9e1f" w:space="0" w:sz="8" w:themeColor="accent4" w:val="single"/>
          <w:left w:color="6a9e1f" w:space="0" w:sz="8" w:themeColor="accent4" w:val="single"/>
          <w:bottom w:color="6a9e1f" w:space="0" w:sz="18" w:themeColor="accent4" w:val="single"/>
          <w:right w:color="6a9e1f" w:space="0" w:sz="8" w:themeColor="accent4" w:val="single"/>
          <w:insideH w:space="0" w:sz="0" w:val="nil"/>
          <w:insideV w:color="6a9e1f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6a9e1f" w:space="0" w:sz="6" w:themeColor="accent4" w:val="doub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  <w:insideH w:space="0" w:sz="0" w:val="nil"/>
          <w:insideV w:color="6a9e1f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6a9e1f" w:space="0" w:sz="8" w:themeColor="accent4" w:val="sing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</w:tcBorders>
      </w:tcPr>
    </w:tblStylePr>
    <w:tblStylePr w:type="band1Vert">
      <w:tblPr/>
      <w:tcPr>
        <w:tcBorders>
          <w:top w:color="6a9e1f" w:space="0" w:sz="8" w:themeColor="accent4" w:val="sing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</w:tcBorders>
        <w:shd w:color="auto" w:fill="dcf2bc" w:themeFill="accent4" w:themeFillTint="00003F" w:val="clear"/>
      </w:tcPr>
    </w:tblStylePr>
    <w:tblStylePr w:type="band1Horz">
      <w:tblPr/>
      <w:tcPr>
        <w:tcBorders>
          <w:top w:color="6a9e1f" w:space="0" w:sz="8" w:themeColor="accent4" w:val="sing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  <w:insideV w:color="6a9e1f" w:space="0" w:sz="8" w:themeColor="accent4" w:val="single"/>
        </w:tcBorders>
        <w:shd w:color="auto" w:fill="dcf2bc" w:themeFill="accent4" w:themeFillTint="00003F" w:val="clear"/>
      </w:tcPr>
    </w:tblStylePr>
    <w:tblStylePr w:type="band2Horz">
      <w:tblPr/>
      <w:tcPr>
        <w:tcBorders>
          <w:top w:color="6a9e1f" w:space="0" w:sz="8" w:themeColor="accent4" w:val="single"/>
          <w:left w:color="6a9e1f" w:space="0" w:sz="8" w:themeColor="accent4" w:val="single"/>
          <w:bottom w:color="6a9e1f" w:space="0" w:sz="8" w:themeColor="accent4" w:val="single"/>
          <w:right w:color="6a9e1f" w:space="0" w:sz="8" w:themeColor="accent4" w:val="single"/>
          <w:insideV w:color="6a9e1f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e87d37" w:space="0" w:sz="8" w:themeColor="accent5" w:val="single"/>
        <w:left w:color="e87d37" w:space="0" w:sz="8" w:themeColor="accent5" w:val="single"/>
        <w:bottom w:color="e87d37" w:space="0" w:sz="8" w:themeColor="accent5" w:val="single"/>
        <w:right w:color="e87d37" w:space="0" w:sz="8" w:themeColor="accent5" w:val="single"/>
        <w:insideH w:color="e87d37" w:space="0" w:sz="8" w:themeColor="accent5" w:val="single"/>
        <w:insideV w:color="e87d37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87d37" w:space="0" w:sz="8" w:themeColor="accent5" w:val="single"/>
          <w:left w:color="e87d37" w:space="0" w:sz="8" w:themeColor="accent5" w:val="single"/>
          <w:bottom w:color="e87d37" w:space="0" w:sz="18" w:themeColor="accent5" w:val="single"/>
          <w:right w:color="e87d37" w:space="0" w:sz="8" w:themeColor="accent5" w:val="single"/>
          <w:insideH w:space="0" w:sz="0" w:val="nil"/>
          <w:insideV w:color="e87d37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87d37" w:space="0" w:sz="6" w:themeColor="accent5" w:val="doub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  <w:insideH w:space="0" w:sz="0" w:val="nil"/>
          <w:insideV w:color="e87d37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87d37" w:space="0" w:sz="8" w:themeColor="accent5" w:val="sing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</w:tcBorders>
      </w:tcPr>
    </w:tblStylePr>
    <w:tblStylePr w:type="band1Vert">
      <w:tblPr/>
      <w:tcPr>
        <w:tcBorders>
          <w:top w:color="e87d37" w:space="0" w:sz="8" w:themeColor="accent5" w:val="sing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</w:tcBorders>
        <w:shd w:color="auto" w:fill="f9decd" w:themeFill="accent5" w:themeFillTint="00003F" w:val="clear"/>
      </w:tcPr>
    </w:tblStylePr>
    <w:tblStylePr w:type="band1Horz">
      <w:tblPr/>
      <w:tcPr>
        <w:tcBorders>
          <w:top w:color="e87d37" w:space="0" w:sz="8" w:themeColor="accent5" w:val="sing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  <w:insideV w:color="e87d37" w:space="0" w:sz="8" w:themeColor="accent5" w:val="single"/>
        </w:tcBorders>
        <w:shd w:color="auto" w:fill="f9decd" w:themeFill="accent5" w:themeFillTint="00003F" w:val="clear"/>
      </w:tcPr>
    </w:tblStylePr>
    <w:tblStylePr w:type="band2Horz">
      <w:tblPr/>
      <w:tcPr>
        <w:tcBorders>
          <w:top w:color="e87d37" w:space="0" w:sz="8" w:themeColor="accent5" w:val="single"/>
          <w:left w:color="e87d37" w:space="0" w:sz="8" w:themeColor="accent5" w:val="single"/>
          <w:bottom w:color="e87d37" w:space="0" w:sz="8" w:themeColor="accent5" w:val="single"/>
          <w:right w:color="e87d37" w:space="0" w:sz="8" w:themeColor="accent5" w:val="single"/>
          <w:insideV w:color="e87d37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62324" w:space="0" w:sz="8" w:themeColor="accent6" w:val="single"/>
        <w:left w:color="c62324" w:space="0" w:sz="8" w:themeColor="accent6" w:val="single"/>
        <w:bottom w:color="c62324" w:space="0" w:sz="8" w:themeColor="accent6" w:val="single"/>
        <w:right w:color="c62324" w:space="0" w:sz="8" w:themeColor="accent6" w:val="single"/>
        <w:insideH w:color="c62324" w:space="0" w:sz="8" w:themeColor="accent6" w:val="single"/>
        <w:insideV w:color="c62324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62324" w:space="0" w:sz="8" w:themeColor="accent6" w:val="single"/>
          <w:left w:color="c62324" w:space="0" w:sz="8" w:themeColor="accent6" w:val="single"/>
          <w:bottom w:color="c62324" w:space="0" w:sz="18" w:themeColor="accent6" w:val="single"/>
          <w:right w:color="c62324" w:space="0" w:sz="8" w:themeColor="accent6" w:val="single"/>
          <w:insideH w:space="0" w:sz="0" w:val="nil"/>
          <w:insideV w:color="c62324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62324" w:space="0" w:sz="6" w:themeColor="accent6" w:val="doub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  <w:insideH w:space="0" w:sz="0" w:val="nil"/>
          <w:insideV w:color="c62324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62324" w:space="0" w:sz="8" w:themeColor="accent6" w:val="sing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</w:tcBorders>
      </w:tcPr>
    </w:tblStylePr>
    <w:tblStylePr w:type="band1Vert">
      <w:tblPr/>
      <w:tcPr>
        <w:tcBorders>
          <w:top w:color="c62324" w:space="0" w:sz="8" w:themeColor="accent6" w:val="sing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</w:tcBorders>
        <w:shd w:color="auto" w:fill="f4c4c4" w:themeFill="accent6" w:themeFillTint="00003F" w:val="clear"/>
      </w:tcPr>
    </w:tblStylePr>
    <w:tblStylePr w:type="band1Horz">
      <w:tblPr/>
      <w:tcPr>
        <w:tcBorders>
          <w:top w:color="c62324" w:space="0" w:sz="8" w:themeColor="accent6" w:val="sing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  <w:insideV w:color="c62324" w:space="0" w:sz="8" w:themeColor="accent6" w:val="single"/>
        </w:tcBorders>
        <w:shd w:color="auto" w:fill="f4c4c4" w:themeFill="accent6" w:themeFillTint="00003F" w:val="clear"/>
      </w:tcPr>
    </w:tblStylePr>
    <w:tblStylePr w:type="band2Horz">
      <w:tblPr/>
      <w:tcPr>
        <w:tcBorders>
          <w:top w:color="c62324" w:space="0" w:sz="8" w:themeColor="accent6" w:val="single"/>
          <w:left w:color="c62324" w:space="0" w:sz="8" w:themeColor="accent6" w:val="single"/>
          <w:bottom w:color="c62324" w:space="0" w:sz="8" w:themeColor="accent6" w:val="single"/>
          <w:right w:color="c62324" w:space="0" w:sz="8" w:themeColor="accent6" w:val="single"/>
          <w:insideV w:color="c62324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0a5dc2" w:space="0" w:sz="8" w:themeColor="accent1" w:themeTint="0000BF" w:val="single"/>
        <w:left w:color="0a5dc2" w:space="0" w:sz="8" w:themeColor="accent1" w:themeTint="0000BF" w:val="single"/>
        <w:bottom w:color="0a5dc2" w:space="0" w:sz="8" w:themeColor="accent1" w:themeTint="0000BF" w:val="single"/>
        <w:right w:color="0a5dc2" w:space="0" w:sz="8" w:themeColor="accent1" w:themeTint="0000BF" w:val="single"/>
        <w:insideH w:color="0a5dc2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a5dc2" w:space="0" w:sz="8" w:themeColor="accent1" w:themeTint="0000BF" w:val="single"/>
          <w:left w:color="0a5dc2" w:space="0" w:sz="8" w:themeColor="accent1" w:themeTint="0000BF" w:val="single"/>
          <w:bottom w:color="0a5dc2" w:space="0" w:sz="8" w:themeColor="accent1" w:themeTint="0000BF" w:val="single"/>
          <w:right w:color="0a5dc2" w:space="0" w:sz="8" w:themeColor="accent1" w:themeTint="0000BF" w:val="single"/>
          <w:insideH w:space="0" w:sz="0" w:val="nil"/>
          <w:insideV w:space="0" w:sz="0" w:val="nil"/>
        </w:tcBorders>
        <w:shd w:color="auto" w:fill="052f61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a5dc2" w:space="0" w:sz="6" w:themeColor="accent1" w:themeTint="0000BF" w:val="double"/>
          <w:left w:color="0a5dc2" w:space="0" w:sz="8" w:themeColor="accent1" w:themeTint="0000BF" w:val="single"/>
          <w:bottom w:color="0a5dc2" w:space="0" w:sz="8" w:themeColor="accent1" w:themeTint="0000BF" w:val="single"/>
          <w:right w:color="0a5dc2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9ec8fa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9ec8fa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eb1aba" w:space="0" w:sz="8" w:themeColor="accent2" w:themeTint="0000BF" w:val="single"/>
        <w:left w:color="eb1aba" w:space="0" w:sz="8" w:themeColor="accent2" w:themeTint="0000BF" w:val="single"/>
        <w:bottom w:color="eb1aba" w:space="0" w:sz="8" w:themeColor="accent2" w:themeTint="0000BF" w:val="single"/>
        <w:right w:color="eb1aba" w:space="0" w:sz="8" w:themeColor="accent2" w:themeTint="0000BF" w:val="single"/>
        <w:insideH w:color="eb1aba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b1aba" w:space="0" w:sz="8" w:themeColor="accent2" w:themeTint="0000BF" w:val="single"/>
          <w:left w:color="eb1aba" w:space="0" w:sz="8" w:themeColor="accent2" w:themeTint="0000BF" w:val="single"/>
          <w:bottom w:color="eb1aba" w:space="0" w:sz="8" w:themeColor="accent2" w:themeTint="0000BF" w:val="single"/>
          <w:right w:color="eb1aba" w:space="0" w:sz="8" w:themeColor="accent2" w:themeTint="0000BF" w:val="single"/>
          <w:insideH w:space="0" w:sz="0" w:val="nil"/>
          <w:insideV w:space="0" w:sz="0" w:val="nil"/>
        </w:tcBorders>
        <w:shd w:color="auto" w:fill="a50e82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b1aba" w:space="0" w:sz="6" w:themeColor="accent2" w:themeTint="0000BF" w:val="double"/>
          <w:left w:color="eb1aba" w:space="0" w:sz="8" w:themeColor="accent2" w:themeTint="0000BF" w:val="single"/>
          <w:bottom w:color="eb1aba" w:space="0" w:sz="8" w:themeColor="accent2" w:themeTint="0000BF" w:val="single"/>
          <w:right w:color="eb1aba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8b3e8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8b3e8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1ee1ba" w:space="0" w:sz="8" w:themeColor="accent3" w:themeTint="0000BF" w:val="single"/>
        <w:left w:color="1ee1ba" w:space="0" w:sz="8" w:themeColor="accent3" w:themeTint="0000BF" w:val="single"/>
        <w:bottom w:color="1ee1ba" w:space="0" w:sz="8" w:themeColor="accent3" w:themeTint="0000BF" w:val="single"/>
        <w:right w:color="1ee1ba" w:space="0" w:sz="8" w:themeColor="accent3" w:themeTint="0000BF" w:val="single"/>
        <w:insideH w:color="1ee1ba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1ee1ba" w:space="0" w:sz="8" w:themeColor="accent3" w:themeTint="0000BF" w:val="single"/>
          <w:left w:color="1ee1ba" w:space="0" w:sz="8" w:themeColor="accent3" w:themeTint="0000BF" w:val="single"/>
          <w:bottom w:color="1ee1ba" w:space="0" w:sz="8" w:themeColor="accent3" w:themeTint="0000BF" w:val="single"/>
          <w:right w:color="1ee1ba" w:space="0" w:sz="8" w:themeColor="accent3" w:themeTint="0000BF" w:val="single"/>
          <w:insideH w:space="0" w:sz="0" w:val="nil"/>
          <w:insideV w:space="0" w:sz="0" w:val="nil"/>
        </w:tcBorders>
        <w:shd w:color="auto" w:fill="14967c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ee1ba" w:space="0" w:sz="6" w:themeColor="accent3" w:themeTint="0000BF" w:val="double"/>
          <w:left w:color="1ee1ba" w:space="0" w:sz="8" w:themeColor="accent3" w:themeTint="0000BF" w:val="single"/>
          <w:bottom w:color="1ee1ba" w:space="0" w:sz="8" w:themeColor="accent3" w:themeTint="0000BF" w:val="single"/>
          <w:right w:color="1ee1ba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4f5e8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4f5e8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4d735" w:space="0" w:sz="8" w:themeColor="accent4" w:themeTint="0000BF" w:val="single"/>
        <w:left w:color="94d735" w:space="0" w:sz="8" w:themeColor="accent4" w:themeTint="0000BF" w:val="single"/>
        <w:bottom w:color="94d735" w:space="0" w:sz="8" w:themeColor="accent4" w:themeTint="0000BF" w:val="single"/>
        <w:right w:color="94d735" w:space="0" w:sz="8" w:themeColor="accent4" w:themeTint="0000BF" w:val="single"/>
        <w:insideH w:color="94d735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4d735" w:space="0" w:sz="8" w:themeColor="accent4" w:themeTint="0000BF" w:val="single"/>
          <w:left w:color="94d735" w:space="0" w:sz="8" w:themeColor="accent4" w:themeTint="0000BF" w:val="single"/>
          <w:bottom w:color="94d735" w:space="0" w:sz="8" w:themeColor="accent4" w:themeTint="0000BF" w:val="single"/>
          <w:right w:color="94d735" w:space="0" w:sz="8" w:themeColor="accent4" w:themeTint="0000BF" w:val="single"/>
          <w:insideH w:space="0" w:sz="0" w:val="nil"/>
          <w:insideV w:space="0" w:sz="0" w:val="nil"/>
        </w:tcBorders>
        <w:shd w:color="auto" w:fill="6a9e1f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4d735" w:space="0" w:sz="6" w:themeColor="accent4" w:themeTint="0000BF" w:val="double"/>
          <w:left w:color="94d735" w:space="0" w:sz="8" w:themeColor="accent4" w:themeTint="0000BF" w:val="single"/>
          <w:bottom w:color="94d735" w:space="0" w:sz="8" w:themeColor="accent4" w:themeTint="0000BF" w:val="single"/>
          <w:right w:color="94d735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cf2bc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cf2bc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ed9c68" w:space="0" w:sz="8" w:themeColor="accent5" w:themeTint="0000BF" w:val="single"/>
        <w:left w:color="ed9c68" w:space="0" w:sz="8" w:themeColor="accent5" w:themeTint="0000BF" w:val="single"/>
        <w:bottom w:color="ed9c68" w:space="0" w:sz="8" w:themeColor="accent5" w:themeTint="0000BF" w:val="single"/>
        <w:right w:color="ed9c68" w:space="0" w:sz="8" w:themeColor="accent5" w:themeTint="0000BF" w:val="single"/>
        <w:insideH w:color="ed9c68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d9c68" w:space="0" w:sz="8" w:themeColor="accent5" w:themeTint="0000BF" w:val="single"/>
          <w:left w:color="ed9c68" w:space="0" w:sz="8" w:themeColor="accent5" w:themeTint="0000BF" w:val="single"/>
          <w:bottom w:color="ed9c68" w:space="0" w:sz="8" w:themeColor="accent5" w:themeTint="0000BF" w:val="single"/>
          <w:right w:color="ed9c68" w:space="0" w:sz="8" w:themeColor="accent5" w:themeTint="0000BF" w:val="single"/>
          <w:insideH w:space="0" w:sz="0" w:val="nil"/>
          <w:insideV w:space="0" w:sz="0" w:val="nil"/>
        </w:tcBorders>
        <w:shd w:color="auto" w:fill="e87d37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9c68" w:space="0" w:sz="6" w:themeColor="accent5" w:themeTint="0000BF" w:val="double"/>
          <w:left w:color="ed9c68" w:space="0" w:sz="8" w:themeColor="accent5" w:themeTint="0000BF" w:val="single"/>
          <w:bottom w:color="ed9c68" w:space="0" w:sz="8" w:themeColor="accent5" w:themeTint="0000BF" w:val="single"/>
          <w:right w:color="ed9c68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9decd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9decd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df4e4f" w:space="0" w:sz="8" w:themeColor="accent6" w:themeTint="0000BF" w:val="single"/>
        <w:left w:color="df4e4f" w:space="0" w:sz="8" w:themeColor="accent6" w:themeTint="0000BF" w:val="single"/>
        <w:bottom w:color="df4e4f" w:space="0" w:sz="8" w:themeColor="accent6" w:themeTint="0000BF" w:val="single"/>
        <w:right w:color="df4e4f" w:space="0" w:sz="8" w:themeColor="accent6" w:themeTint="0000BF" w:val="single"/>
        <w:insideH w:color="df4e4f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df4e4f" w:space="0" w:sz="8" w:themeColor="accent6" w:themeTint="0000BF" w:val="single"/>
          <w:left w:color="df4e4f" w:space="0" w:sz="8" w:themeColor="accent6" w:themeTint="0000BF" w:val="single"/>
          <w:bottom w:color="df4e4f" w:space="0" w:sz="8" w:themeColor="accent6" w:themeTint="0000BF" w:val="single"/>
          <w:right w:color="df4e4f" w:space="0" w:sz="8" w:themeColor="accent6" w:themeTint="0000BF" w:val="single"/>
          <w:insideH w:space="0" w:sz="0" w:val="nil"/>
          <w:insideV w:space="0" w:sz="0" w:val="nil"/>
        </w:tcBorders>
        <w:shd w:color="auto" w:fill="c62324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df4e4f" w:space="0" w:sz="6" w:themeColor="accent6" w:themeTint="0000BF" w:val="double"/>
          <w:left w:color="df4e4f" w:space="0" w:sz="8" w:themeColor="accent6" w:themeTint="0000BF" w:val="single"/>
          <w:bottom w:color="df4e4f" w:space="0" w:sz="8" w:themeColor="accent6" w:themeTint="0000BF" w:val="single"/>
          <w:right w:color="df4e4f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4c4c4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4c4c4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52f61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52f61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52f61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0e82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0e82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50e82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4967c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14967c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14967c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6a9e1f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6a9e1f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6a9e1f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87d37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87d37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7d37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62324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62324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62324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46194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52f61" w:space="0" w:sz="8" w:themeColor="accent1" w:val="single"/>
        <w:bottom w:color="052f61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52f61" w:space="0" w:sz="8" w:themeColor="accent1" w:val="single"/>
        </w:tcBorders>
      </w:tcPr>
    </w:tblStylePr>
    <w:tblStylePr w:type="lastRow">
      <w:rPr>
        <w:b w:val="1"/>
        <w:bCs w:val="1"/>
        <w:color w:val="146194" w:themeColor="text2"/>
      </w:rPr>
      <w:tblPr/>
      <w:tcPr>
        <w:tcBorders>
          <w:top w:color="052f61" w:space="0" w:sz="8" w:themeColor="accent1" w:val="single"/>
          <w:bottom w:color="052f61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52f61" w:space="0" w:sz="8" w:themeColor="accent1" w:val="single"/>
          <w:bottom w:color="052f61" w:space="0" w:sz="8" w:themeColor="accent1" w:val="single"/>
        </w:tcBorders>
      </w:tcPr>
    </w:tblStylePr>
    <w:tblStylePr w:type="band1Vert">
      <w:tblPr/>
      <w:tcPr>
        <w:shd w:color="auto" w:fill="9ec8fa" w:themeFill="accent1" w:themeFillTint="00003F" w:val="clear"/>
      </w:tcPr>
    </w:tblStylePr>
    <w:tblStylePr w:type="band1Horz">
      <w:tblPr/>
      <w:tcPr>
        <w:shd w:color="auto" w:fill="9ec8fa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50e82" w:space="0" w:sz="8" w:themeColor="accent2" w:val="single"/>
        <w:bottom w:color="a50e82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50e82" w:space="0" w:sz="8" w:themeColor="accent2" w:val="single"/>
        </w:tcBorders>
      </w:tcPr>
    </w:tblStylePr>
    <w:tblStylePr w:type="lastRow">
      <w:rPr>
        <w:b w:val="1"/>
        <w:bCs w:val="1"/>
        <w:color w:val="146194" w:themeColor="text2"/>
      </w:rPr>
      <w:tblPr/>
      <w:tcPr>
        <w:tcBorders>
          <w:top w:color="a50e82" w:space="0" w:sz="8" w:themeColor="accent2" w:val="single"/>
          <w:bottom w:color="a50e82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50e82" w:space="0" w:sz="8" w:themeColor="accent2" w:val="single"/>
          <w:bottom w:color="a50e82" w:space="0" w:sz="8" w:themeColor="accent2" w:val="single"/>
        </w:tcBorders>
      </w:tcPr>
    </w:tblStylePr>
    <w:tblStylePr w:type="band1Vert">
      <w:tblPr/>
      <w:tcPr>
        <w:shd w:color="auto" w:fill="f8b3e8" w:themeFill="accent2" w:themeFillTint="00003F" w:val="clear"/>
      </w:tcPr>
    </w:tblStylePr>
    <w:tblStylePr w:type="band1Horz">
      <w:tblPr/>
      <w:tcPr>
        <w:shd w:color="auto" w:fill="f8b3e8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4967c" w:space="0" w:sz="8" w:themeColor="accent3" w:val="single"/>
        <w:bottom w:color="14967c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14967c" w:space="0" w:sz="8" w:themeColor="accent3" w:val="single"/>
        </w:tcBorders>
      </w:tcPr>
    </w:tblStylePr>
    <w:tblStylePr w:type="lastRow">
      <w:rPr>
        <w:b w:val="1"/>
        <w:bCs w:val="1"/>
        <w:color w:val="146194" w:themeColor="text2"/>
      </w:rPr>
      <w:tblPr/>
      <w:tcPr>
        <w:tcBorders>
          <w:top w:color="14967c" w:space="0" w:sz="8" w:themeColor="accent3" w:val="single"/>
          <w:bottom w:color="14967c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14967c" w:space="0" w:sz="8" w:themeColor="accent3" w:val="single"/>
          <w:bottom w:color="14967c" w:space="0" w:sz="8" w:themeColor="accent3" w:val="single"/>
        </w:tcBorders>
      </w:tcPr>
    </w:tblStylePr>
    <w:tblStylePr w:type="band1Vert">
      <w:tblPr/>
      <w:tcPr>
        <w:shd w:color="auto" w:fill="b4f5e8" w:themeFill="accent3" w:themeFillTint="00003F" w:val="clear"/>
      </w:tcPr>
    </w:tblStylePr>
    <w:tblStylePr w:type="band1Horz">
      <w:tblPr/>
      <w:tcPr>
        <w:shd w:color="auto" w:fill="b4f5e8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a9e1f" w:space="0" w:sz="8" w:themeColor="accent4" w:val="single"/>
        <w:bottom w:color="6a9e1f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6a9e1f" w:space="0" w:sz="8" w:themeColor="accent4" w:val="single"/>
        </w:tcBorders>
      </w:tcPr>
    </w:tblStylePr>
    <w:tblStylePr w:type="lastRow">
      <w:rPr>
        <w:b w:val="1"/>
        <w:bCs w:val="1"/>
        <w:color w:val="146194" w:themeColor="text2"/>
      </w:rPr>
      <w:tblPr/>
      <w:tcPr>
        <w:tcBorders>
          <w:top w:color="6a9e1f" w:space="0" w:sz="8" w:themeColor="accent4" w:val="single"/>
          <w:bottom w:color="6a9e1f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6a9e1f" w:space="0" w:sz="8" w:themeColor="accent4" w:val="single"/>
          <w:bottom w:color="6a9e1f" w:space="0" w:sz="8" w:themeColor="accent4" w:val="single"/>
        </w:tcBorders>
      </w:tcPr>
    </w:tblStylePr>
    <w:tblStylePr w:type="band1Vert">
      <w:tblPr/>
      <w:tcPr>
        <w:shd w:color="auto" w:fill="dcf2bc" w:themeFill="accent4" w:themeFillTint="00003F" w:val="clear"/>
      </w:tcPr>
    </w:tblStylePr>
    <w:tblStylePr w:type="band1Horz">
      <w:tblPr/>
      <w:tcPr>
        <w:shd w:color="auto" w:fill="dcf2bc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87d37" w:space="0" w:sz="8" w:themeColor="accent5" w:val="single"/>
        <w:bottom w:color="e87d37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e87d37" w:space="0" w:sz="8" w:themeColor="accent5" w:val="single"/>
        </w:tcBorders>
      </w:tcPr>
    </w:tblStylePr>
    <w:tblStylePr w:type="lastRow">
      <w:rPr>
        <w:b w:val="1"/>
        <w:bCs w:val="1"/>
        <w:color w:val="146194" w:themeColor="text2"/>
      </w:rPr>
      <w:tblPr/>
      <w:tcPr>
        <w:tcBorders>
          <w:top w:color="e87d37" w:space="0" w:sz="8" w:themeColor="accent5" w:val="single"/>
          <w:bottom w:color="e87d37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87d37" w:space="0" w:sz="8" w:themeColor="accent5" w:val="single"/>
          <w:bottom w:color="e87d37" w:space="0" w:sz="8" w:themeColor="accent5" w:val="single"/>
        </w:tcBorders>
      </w:tcPr>
    </w:tblStylePr>
    <w:tblStylePr w:type="band1Vert">
      <w:tblPr/>
      <w:tcPr>
        <w:shd w:color="auto" w:fill="f9decd" w:themeFill="accent5" w:themeFillTint="00003F" w:val="clear"/>
      </w:tcPr>
    </w:tblStylePr>
    <w:tblStylePr w:type="band1Horz">
      <w:tblPr/>
      <w:tcPr>
        <w:shd w:color="auto" w:fill="f9decd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62324" w:space="0" w:sz="8" w:themeColor="accent6" w:val="single"/>
        <w:bottom w:color="c62324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62324" w:space="0" w:sz="8" w:themeColor="accent6" w:val="single"/>
        </w:tcBorders>
      </w:tcPr>
    </w:tblStylePr>
    <w:tblStylePr w:type="lastRow">
      <w:rPr>
        <w:b w:val="1"/>
        <w:bCs w:val="1"/>
        <w:color w:val="146194" w:themeColor="text2"/>
      </w:rPr>
      <w:tblPr/>
      <w:tcPr>
        <w:tcBorders>
          <w:top w:color="c62324" w:space="0" w:sz="8" w:themeColor="accent6" w:val="single"/>
          <w:bottom w:color="c62324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62324" w:space="0" w:sz="8" w:themeColor="accent6" w:val="single"/>
          <w:bottom w:color="c62324" w:space="0" w:sz="8" w:themeColor="accent6" w:val="single"/>
        </w:tcBorders>
      </w:tcPr>
    </w:tblStylePr>
    <w:tblStylePr w:type="band1Vert">
      <w:tblPr/>
      <w:tcPr>
        <w:shd w:color="auto" w:fill="f4c4c4" w:themeFill="accent6" w:themeFillTint="00003F" w:val="clear"/>
      </w:tcPr>
    </w:tblStylePr>
    <w:tblStylePr w:type="band1Horz">
      <w:tblPr/>
      <w:tcPr>
        <w:shd w:color="auto" w:fill="f4c4c4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52f61" w:space="0" w:sz="8" w:themeColor="accent1" w:val="single"/>
        <w:left w:color="052f61" w:space="0" w:sz="8" w:themeColor="accent1" w:val="single"/>
        <w:bottom w:color="052f61" w:space="0" w:sz="8" w:themeColor="accent1" w:val="single"/>
        <w:right w:color="052f61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52f61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52f61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52f61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52f61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ec8fa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9ec8fa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50e82" w:space="0" w:sz="8" w:themeColor="accent2" w:val="single"/>
        <w:left w:color="a50e82" w:space="0" w:sz="8" w:themeColor="accent2" w:val="single"/>
        <w:bottom w:color="a50e82" w:space="0" w:sz="8" w:themeColor="accent2" w:val="single"/>
        <w:right w:color="a50e82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50e8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a50e82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50e82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50e82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8b3e8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8b3e8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4967c" w:space="0" w:sz="8" w:themeColor="accent3" w:val="single"/>
        <w:left w:color="14967c" w:space="0" w:sz="8" w:themeColor="accent3" w:val="single"/>
        <w:bottom w:color="14967c" w:space="0" w:sz="8" w:themeColor="accent3" w:val="single"/>
        <w:right w:color="14967c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4967c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14967c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4967c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4967c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4f5e8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4f5e8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6a9e1f" w:space="0" w:sz="8" w:themeColor="accent4" w:val="single"/>
        <w:left w:color="6a9e1f" w:space="0" w:sz="8" w:themeColor="accent4" w:val="single"/>
        <w:bottom w:color="6a9e1f" w:space="0" w:sz="8" w:themeColor="accent4" w:val="single"/>
        <w:right w:color="6a9e1f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6a9e1f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6a9e1f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6a9e1f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6a9e1f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cf2bc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cf2bc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87d37" w:space="0" w:sz="8" w:themeColor="accent5" w:val="single"/>
        <w:left w:color="e87d37" w:space="0" w:sz="8" w:themeColor="accent5" w:val="single"/>
        <w:bottom w:color="e87d37" w:space="0" w:sz="8" w:themeColor="accent5" w:val="single"/>
        <w:right w:color="e87d37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e87d37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e87d37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e87d37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e87d37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9decd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9decd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62324" w:space="0" w:sz="8" w:themeColor="accent6" w:val="single"/>
        <w:left w:color="c62324" w:space="0" w:sz="8" w:themeColor="accent6" w:val="single"/>
        <w:bottom w:color="c62324" w:space="0" w:sz="8" w:themeColor="accent6" w:val="single"/>
        <w:right w:color="c62324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62324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62324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62324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62324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4c4c4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4c4c4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0a5dc2" w:space="0" w:sz="8" w:themeColor="accent1" w:themeTint="0000BF" w:val="single"/>
        <w:left w:color="0a5dc2" w:space="0" w:sz="8" w:themeColor="accent1" w:themeTint="0000BF" w:val="single"/>
        <w:bottom w:color="0a5dc2" w:space="0" w:sz="8" w:themeColor="accent1" w:themeTint="0000BF" w:val="single"/>
        <w:right w:color="0a5dc2" w:space="0" w:sz="8" w:themeColor="accent1" w:themeTint="0000BF" w:val="single"/>
        <w:insideH w:color="0a5dc2" w:space="0" w:sz="8" w:themeColor="accent1" w:themeTint="0000BF" w:val="single"/>
        <w:insideV w:color="0a5dc2" w:space="0" w:sz="8" w:themeColor="accent1" w:themeTint="0000BF" w:val="single"/>
      </w:tblBorders>
    </w:tblPr>
    <w:tcPr>
      <w:shd w:color="auto" w:fill="9ec8fa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a5dc2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3d91f5" w:themeFill="accent1" w:themeFillTint="00007F" w:val="clear"/>
      </w:tcPr>
    </w:tblStylePr>
    <w:tblStylePr w:type="band1Horz">
      <w:tblPr/>
      <w:tcPr>
        <w:shd w:color="auto" w:fill="3d91f5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eb1aba" w:space="0" w:sz="8" w:themeColor="accent2" w:themeTint="0000BF" w:val="single"/>
        <w:left w:color="eb1aba" w:space="0" w:sz="8" w:themeColor="accent2" w:themeTint="0000BF" w:val="single"/>
        <w:bottom w:color="eb1aba" w:space="0" w:sz="8" w:themeColor="accent2" w:themeTint="0000BF" w:val="single"/>
        <w:right w:color="eb1aba" w:space="0" w:sz="8" w:themeColor="accent2" w:themeTint="0000BF" w:val="single"/>
        <w:insideH w:color="eb1aba" w:space="0" w:sz="8" w:themeColor="accent2" w:themeTint="0000BF" w:val="single"/>
        <w:insideV w:color="eb1aba" w:space="0" w:sz="8" w:themeColor="accent2" w:themeTint="0000BF" w:val="single"/>
      </w:tblBorders>
    </w:tblPr>
    <w:tcPr>
      <w:shd w:color="auto" w:fill="f8b3e8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b1aba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66d1" w:themeFill="accent2" w:themeFillTint="00007F" w:val="clear"/>
      </w:tcPr>
    </w:tblStylePr>
    <w:tblStylePr w:type="band1Horz">
      <w:tblPr/>
      <w:tcPr>
        <w:shd w:color="auto" w:fill="f266d1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1ee1ba" w:space="0" w:sz="8" w:themeColor="accent3" w:themeTint="0000BF" w:val="single"/>
        <w:left w:color="1ee1ba" w:space="0" w:sz="8" w:themeColor="accent3" w:themeTint="0000BF" w:val="single"/>
        <w:bottom w:color="1ee1ba" w:space="0" w:sz="8" w:themeColor="accent3" w:themeTint="0000BF" w:val="single"/>
        <w:right w:color="1ee1ba" w:space="0" w:sz="8" w:themeColor="accent3" w:themeTint="0000BF" w:val="single"/>
        <w:insideH w:color="1ee1ba" w:space="0" w:sz="8" w:themeColor="accent3" w:themeTint="0000BF" w:val="single"/>
        <w:insideV w:color="1ee1ba" w:space="0" w:sz="8" w:themeColor="accent3" w:themeTint="0000BF" w:val="single"/>
      </w:tblBorders>
    </w:tblPr>
    <w:tcPr>
      <w:shd w:color="auto" w:fill="b4f5e8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1ee1ba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69ebd1" w:themeFill="accent3" w:themeFillTint="00007F" w:val="clear"/>
      </w:tcPr>
    </w:tblStylePr>
    <w:tblStylePr w:type="band1Horz">
      <w:tblPr/>
      <w:tcPr>
        <w:shd w:color="auto" w:fill="69ebd1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4d735" w:space="0" w:sz="8" w:themeColor="accent4" w:themeTint="0000BF" w:val="single"/>
        <w:left w:color="94d735" w:space="0" w:sz="8" w:themeColor="accent4" w:themeTint="0000BF" w:val="single"/>
        <w:bottom w:color="94d735" w:space="0" w:sz="8" w:themeColor="accent4" w:themeTint="0000BF" w:val="single"/>
        <w:right w:color="94d735" w:space="0" w:sz="8" w:themeColor="accent4" w:themeTint="0000BF" w:val="single"/>
        <w:insideH w:color="94d735" w:space="0" w:sz="8" w:themeColor="accent4" w:themeTint="0000BF" w:val="single"/>
        <w:insideV w:color="94d735" w:space="0" w:sz="8" w:themeColor="accent4" w:themeTint="0000BF" w:val="single"/>
      </w:tblBorders>
    </w:tblPr>
    <w:tcPr>
      <w:shd w:color="auto" w:fill="dcf2bc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4d735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8e479" w:themeFill="accent4" w:themeFillTint="00007F" w:val="clear"/>
      </w:tcPr>
    </w:tblStylePr>
    <w:tblStylePr w:type="band1Horz">
      <w:tblPr/>
      <w:tcPr>
        <w:shd w:color="auto" w:fill="b8e479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ed9c68" w:space="0" w:sz="8" w:themeColor="accent5" w:themeTint="0000BF" w:val="single"/>
        <w:left w:color="ed9c68" w:space="0" w:sz="8" w:themeColor="accent5" w:themeTint="0000BF" w:val="single"/>
        <w:bottom w:color="ed9c68" w:space="0" w:sz="8" w:themeColor="accent5" w:themeTint="0000BF" w:val="single"/>
        <w:right w:color="ed9c68" w:space="0" w:sz="8" w:themeColor="accent5" w:themeTint="0000BF" w:val="single"/>
        <w:insideH w:color="ed9c68" w:space="0" w:sz="8" w:themeColor="accent5" w:themeTint="0000BF" w:val="single"/>
        <w:insideV w:color="ed9c68" w:space="0" w:sz="8" w:themeColor="accent5" w:themeTint="0000BF" w:val="single"/>
      </w:tblBorders>
    </w:tblPr>
    <w:tcPr>
      <w:shd w:color="auto" w:fill="f9decd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d9c68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3bd9b" w:themeFill="accent5" w:themeFillTint="00007F" w:val="clear"/>
      </w:tcPr>
    </w:tblStylePr>
    <w:tblStylePr w:type="band1Horz">
      <w:tblPr/>
      <w:tcPr>
        <w:shd w:color="auto" w:fill="f3bd9b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df4e4f" w:space="0" w:sz="8" w:themeColor="accent6" w:themeTint="0000BF" w:val="single"/>
        <w:left w:color="df4e4f" w:space="0" w:sz="8" w:themeColor="accent6" w:themeTint="0000BF" w:val="single"/>
        <w:bottom w:color="df4e4f" w:space="0" w:sz="8" w:themeColor="accent6" w:themeTint="0000BF" w:val="single"/>
        <w:right w:color="df4e4f" w:space="0" w:sz="8" w:themeColor="accent6" w:themeTint="0000BF" w:val="single"/>
        <w:insideH w:color="df4e4f" w:space="0" w:sz="8" w:themeColor="accent6" w:themeTint="0000BF" w:val="single"/>
        <w:insideV w:color="df4e4f" w:space="0" w:sz="8" w:themeColor="accent6" w:themeTint="0000BF" w:val="single"/>
      </w:tblBorders>
    </w:tblPr>
    <w:tcPr>
      <w:shd w:color="auto" w:fill="f4c4c4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df4e4f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898a" w:themeFill="accent6" w:themeFillTint="00007F" w:val="clear"/>
      </w:tcPr>
    </w:tblStylePr>
    <w:tblStylePr w:type="band1Horz">
      <w:tblPr/>
      <w:tcPr>
        <w:shd w:color="auto" w:fill="ea898a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52f61" w:space="0" w:sz="8" w:themeColor="accent1" w:val="single"/>
        <w:left w:color="052f61" w:space="0" w:sz="8" w:themeColor="accent1" w:val="single"/>
        <w:bottom w:color="052f61" w:space="0" w:sz="8" w:themeColor="accent1" w:val="single"/>
        <w:right w:color="052f61" w:space="0" w:sz="8" w:themeColor="accent1" w:val="single"/>
        <w:insideH w:color="052f61" w:space="0" w:sz="8" w:themeColor="accent1" w:val="single"/>
        <w:insideV w:color="052f61" w:space="0" w:sz="8" w:themeColor="accent1" w:val="single"/>
      </w:tblBorders>
    </w:tblPr>
    <w:tcPr>
      <w:shd w:color="auto" w:fill="9ec8fa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8e9fd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1d2fb" w:themeFill="accent1" w:themeFillTint="000033" w:val="clear"/>
      </w:tcPr>
    </w:tblStylePr>
    <w:tblStylePr w:type="band1Vert">
      <w:tblPr/>
      <w:tcPr>
        <w:shd w:color="auto" w:fill="3d91f5" w:themeFill="accent1" w:themeFillTint="00007F" w:val="clear"/>
      </w:tcPr>
    </w:tblStylePr>
    <w:tblStylePr w:type="band1Horz">
      <w:tblPr/>
      <w:tcPr>
        <w:tcBorders>
          <w:insideH w:color="052f61" w:space="0" w:sz="6" w:themeColor="accent1" w:val="single"/>
          <w:insideV w:color="052f61" w:space="0" w:sz="6" w:themeColor="accent1" w:val="single"/>
        </w:tcBorders>
        <w:shd w:color="auto" w:fill="3d91f5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a50e82" w:space="0" w:sz="8" w:themeColor="accent2" w:val="single"/>
        <w:left w:color="a50e82" w:space="0" w:sz="8" w:themeColor="accent2" w:val="single"/>
        <w:bottom w:color="a50e82" w:space="0" w:sz="8" w:themeColor="accent2" w:val="single"/>
        <w:right w:color="a50e82" w:space="0" w:sz="8" w:themeColor="accent2" w:val="single"/>
        <w:insideH w:color="a50e82" w:space="0" w:sz="8" w:themeColor="accent2" w:val="single"/>
        <w:insideV w:color="a50e82" w:space="0" w:sz="8" w:themeColor="accent2" w:val="single"/>
      </w:tblBorders>
    </w:tblPr>
    <w:tcPr>
      <w:shd w:color="auto" w:fill="f8b3e8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ce0f5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9c1ec" w:themeFill="accent2" w:themeFillTint="000033" w:val="clear"/>
      </w:tcPr>
    </w:tblStylePr>
    <w:tblStylePr w:type="band1Vert">
      <w:tblPr/>
      <w:tcPr>
        <w:shd w:color="auto" w:fill="f266d1" w:themeFill="accent2" w:themeFillTint="00007F" w:val="clear"/>
      </w:tcPr>
    </w:tblStylePr>
    <w:tblStylePr w:type="band1Horz">
      <w:tblPr/>
      <w:tcPr>
        <w:tcBorders>
          <w:insideH w:color="a50e82" w:space="0" w:sz="6" w:themeColor="accent2" w:val="single"/>
          <w:insideV w:color="a50e82" w:space="0" w:sz="6" w:themeColor="accent2" w:val="single"/>
        </w:tcBorders>
        <w:shd w:color="auto" w:fill="f266d1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14967c" w:space="0" w:sz="8" w:themeColor="accent3" w:val="single"/>
        <w:left w:color="14967c" w:space="0" w:sz="8" w:themeColor="accent3" w:val="single"/>
        <w:bottom w:color="14967c" w:space="0" w:sz="8" w:themeColor="accent3" w:val="single"/>
        <w:right w:color="14967c" w:space="0" w:sz="8" w:themeColor="accent3" w:val="single"/>
        <w:insideH w:color="14967c" w:space="0" w:sz="8" w:themeColor="accent3" w:val="single"/>
        <w:insideV w:color="14967c" w:space="0" w:sz="8" w:themeColor="accent3" w:val="single"/>
      </w:tblBorders>
    </w:tblPr>
    <w:tcPr>
      <w:shd w:color="auto" w:fill="b4f5e8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1fbf6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3f7ec" w:themeFill="accent3" w:themeFillTint="000033" w:val="clear"/>
      </w:tcPr>
    </w:tblStylePr>
    <w:tblStylePr w:type="band1Vert">
      <w:tblPr/>
      <w:tcPr>
        <w:shd w:color="auto" w:fill="69ebd1" w:themeFill="accent3" w:themeFillTint="00007F" w:val="clear"/>
      </w:tcPr>
    </w:tblStylePr>
    <w:tblStylePr w:type="band1Horz">
      <w:tblPr/>
      <w:tcPr>
        <w:tcBorders>
          <w:insideH w:color="14967c" w:space="0" w:sz="6" w:themeColor="accent3" w:val="single"/>
          <w:insideV w:color="14967c" w:space="0" w:sz="6" w:themeColor="accent3" w:val="single"/>
        </w:tcBorders>
        <w:shd w:color="auto" w:fill="69ebd1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6a9e1f" w:space="0" w:sz="8" w:themeColor="accent4" w:val="single"/>
        <w:left w:color="6a9e1f" w:space="0" w:sz="8" w:themeColor="accent4" w:val="single"/>
        <w:bottom w:color="6a9e1f" w:space="0" w:sz="8" w:themeColor="accent4" w:val="single"/>
        <w:right w:color="6a9e1f" w:space="0" w:sz="8" w:themeColor="accent4" w:val="single"/>
        <w:insideH w:color="6a9e1f" w:space="0" w:sz="8" w:themeColor="accent4" w:val="single"/>
        <w:insideV w:color="6a9e1f" w:space="0" w:sz="8" w:themeColor="accent4" w:val="single"/>
      </w:tblBorders>
    </w:tblPr>
    <w:tcPr>
      <w:shd w:color="auto" w:fill="dcf2bc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1f9e4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2f4c9" w:themeFill="accent4" w:themeFillTint="000033" w:val="clear"/>
      </w:tcPr>
    </w:tblStylePr>
    <w:tblStylePr w:type="band1Vert">
      <w:tblPr/>
      <w:tcPr>
        <w:shd w:color="auto" w:fill="b8e479" w:themeFill="accent4" w:themeFillTint="00007F" w:val="clear"/>
      </w:tcPr>
    </w:tblStylePr>
    <w:tblStylePr w:type="band1Horz">
      <w:tblPr/>
      <w:tcPr>
        <w:tcBorders>
          <w:insideH w:color="6a9e1f" w:space="0" w:sz="6" w:themeColor="accent4" w:val="single"/>
          <w:insideV w:color="6a9e1f" w:space="0" w:sz="6" w:themeColor="accent4" w:val="single"/>
        </w:tcBorders>
        <w:shd w:color="auto" w:fill="b8e479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e87d37" w:space="0" w:sz="8" w:themeColor="accent5" w:val="single"/>
        <w:left w:color="e87d37" w:space="0" w:sz="8" w:themeColor="accent5" w:val="single"/>
        <w:bottom w:color="e87d37" w:space="0" w:sz="8" w:themeColor="accent5" w:val="single"/>
        <w:right w:color="e87d37" w:space="0" w:sz="8" w:themeColor="accent5" w:val="single"/>
        <w:insideH w:color="e87d37" w:space="0" w:sz="8" w:themeColor="accent5" w:val="single"/>
        <w:insideV w:color="e87d37" w:space="0" w:sz="8" w:themeColor="accent5" w:val="single"/>
      </w:tblBorders>
    </w:tblPr>
    <w:tcPr>
      <w:shd w:color="auto" w:fill="f9decd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cf2eb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ae4d6" w:themeFill="accent5" w:themeFillTint="000033" w:val="clear"/>
      </w:tcPr>
    </w:tblStylePr>
    <w:tblStylePr w:type="band1Vert">
      <w:tblPr/>
      <w:tcPr>
        <w:shd w:color="auto" w:fill="f3bd9b" w:themeFill="accent5" w:themeFillTint="00007F" w:val="clear"/>
      </w:tcPr>
    </w:tblStylePr>
    <w:tblStylePr w:type="band1Horz">
      <w:tblPr/>
      <w:tcPr>
        <w:tcBorders>
          <w:insideH w:color="e87d37" w:space="0" w:sz="6" w:themeColor="accent5" w:val="single"/>
          <w:insideV w:color="e87d37" w:space="0" w:sz="6" w:themeColor="accent5" w:val="single"/>
        </w:tcBorders>
        <w:shd w:color="auto" w:fill="f3bd9b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62324" w:space="0" w:sz="8" w:themeColor="accent6" w:val="single"/>
        <w:left w:color="c62324" w:space="0" w:sz="8" w:themeColor="accent6" w:val="single"/>
        <w:bottom w:color="c62324" w:space="0" w:sz="8" w:themeColor="accent6" w:val="single"/>
        <w:right w:color="c62324" w:space="0" w:sz="8" w:themeColor="accent6" w:val="single"/>
        <w:insideH w:color="c62324" w:space="0" w:sz="8" w:themeColor="accent6" w:val="single"/>
        <w:insideV w:color="c62324" w:space="0" w:sz="8" w:themeColor="accent6" w:val="single"/>
      </w:tblBorders>
    </w:tblPr>
    <w:tcPr>
      <w:shd w:color="auto" w:fill="f4c4c4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be7e7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6cfcf" w:themeFill="accent6" w:themeFillTint="000033" w:val="clear"/>
      </w:tcPr>
    </w:tblStylePr>
    <w:tblStylePr w:type="band1Vert">
      <w:tblPr/>
      <w:tcPr>
        <w:shd w:color="auto" w:fill="ea898a" w:themeFill="accent6" w:themeFillTint="00007F" w:val="clear"/>
      </w:tcPr>
    </w:tblStylePr>
    <w:tblStylePr w:type="band1Horz">
      <w:tblPr/>
      <w:tcPr>
        <w:tcBorders>
          <w:insideH w:color="c62324" w:space="0" w:sz="6" w:themeColor="accent6" w:val="single"/>
          <w:insideV w:color="c62324" w:space="0" w:sz="6" w:themeColor="accent6" w:val="single"/>
        </w:tcBorders>
        <w:shd w:color="auto" w:fill="ea898a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9ec8fa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52f61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52f61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52f61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52f61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3d91f5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3d91f5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8b3e8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0e82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0e82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50e82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0e8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266d1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266d1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4f5e8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4967c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14967c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14967c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4967c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69ebd1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69ebd1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cf2bc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6a9e1f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6a9e1f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6a9e1f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a9e1f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8e479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8e479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9decd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87d37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87d37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e87d37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87d37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3bd9b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3bd9b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4c4c4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62324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62324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62324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62324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ea898a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a898a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52f61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2173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32348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32348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32348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32348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a50e82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20740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b0a60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0a60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0a60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0a60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14967c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a4a3d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f705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705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705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f705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6a9e1f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44e0f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4f7617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7617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7617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7617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e87d37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f3b0e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c05916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916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916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916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62324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1111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1a1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1a1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1a1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1a1a" w:themeFill="accent6" w:themeFillShade="0000BF" w:val="clear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50e82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50e8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50e82" w:space="0" w:sz="24" w:themeColor="accent2" w:val="single"/>
        <w:left w:color="052f61" w:space="0" w:sz="4" w:themeColor="accent1" w:val="single"/>
        <w:bottom w:color="052f61" w:space="0" w:sz="4" w:themeColor="accent1" w:val="single"/>
        <w:right w:color="052f61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8e9fd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50e8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31c3a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31c3a" w:space="0" w:sz="4" w:themeColor="accent1" w:themeShade="000099" w:val="single"/>
          <w:insideV w:space="0" w:sz="0" w:val="nil"/>
        </w:tcBorders>
        <w:shd w:color="auto" w:fill="031c3a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31c3a" w:themeFill="accent1" w:themeFillShade="000099" w:val="clear"/>
      </w:tcPr>
    </w:tblStylePr>
    <w:tblStylePr w:type="band1Vert">
      <w:tblPr/>
      <w:tcPr>
        <w:shd w:color="auto" w:fill="63a6f7" w:themeFill="accent1" w:themeFillTint="000066" w:val="clear"/>
      </w:tcPr>
    </w:tblStylePr>
    <w:tblStylePr w:type="band1Horz">
      <w:tblPr/>
      <w:tcPr>
        <w:shd w:color="auto" w:fill="3d91f5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a50e82" w:space="0" w:sz="24" w:themeColor="accent2" w:val="single"/>
        <w:left w:color="a50e82" w:space="0" w:sz="4" w:themeColor="accent2" w:val="single"/>
        <w:bottom w:color="a50e82" w:space="0" w:sz="4" w:themeColor="accent2" w:val="single"/>
        <w:right w:color="a50e82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e0f5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50e82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2084d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62084d" w:space="0" w:sz="4" w:themeColor="accent2" w:themeShade="000099" w:val="single"/>
          <w:insideV w:space="0" w:sz="0" w:val="nil"/>
        </w:tcBorders>
        <w:shd w:color="auto" w:fill="62084d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084d" w:themeFill="accent2" w:themeFillShade="000099" w:val="clear"/>
      </w:tcPr>
    </w:tblStylePr>
    <w:tblStylePr w:type="band1Vert">
      <w:tblPr/>
      <w:tcPr>
        <w:shd w:color="auto" w:fill="f484da" w:themeFill="accent2" w:themeFillTint="000066" w:val="clear"/>
      </w:tcPr>
    </w:tblStylePr>
    <w:tblStylePr w:type="band1Horz">
      <w:tblPr/>
      <w:tcPr>
        <w:shd w:color="auto" w:fill="f266d1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a9e1f" w:space="0" w:sz="24" w:themeColor="accent4" w:val="single"/>
        <w:left w:color="14967c" w:space="0" w:sz="4" w:themeColor="accent3" w:val="single"/>
        <w:bottom w:color="14967c" w:space="0" w:sz="4" w:themeColor="accent3" w:val="single"/>
        <w:right w:color="14967c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1fbf6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6a9e1f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c5a4a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c5a4a" w:space="0" w:sz="4" w:themeColor="accent3" w:themeShade="000099" w:val="single"/>
          <w:insideV w:space="0" w:sz="0" w:val="nil"/>
        </w:tcBorders>
        <w:shd w:color="auto" w:fill="0c5a4a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c5a4a" w:themeFill="accent3" w:themeFillShade="000099" w:val="clear"/>
      </w:tcPr>
    </w:tblStylePr>
    <w:tblStylePr w:type="band1Vert">
      <w:tblPr/>
      <w:tcPr>
        <w:shd w:color="auto" w:fill="87efda" w:themeFill="accent3" w:themeFillTint="000066" w:val="clear"/>
      </w:tcPr>
    </w:tblStylePr>
    <w:tblStylePr w:type="band1Horz">
      <w:tblPr/>
      <w:tcPr>
        <w:shd w:color="auto" w:fill="69ebd1" w:themeFill="accent3" w:themeFillTint="00007F" w:val="clear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14967c" w:space="0" w:sz="24" w:themeColor="accent3" w:val="single"/>
        <w:left w:color="6a9e1f" w:space="0" w:sz="4" w:themeColor="accent4" w:val="single"/>
        <w:bottom w:color="6a9e1f" w:space="0" w:sz="4" w:themeColor="accent4" w:val="single"/>
        <w:right w:color="6a9e1f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1f9e4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14967c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3f5e1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3f5e12" w:space="0" w:sz="4" w:themeColor="accent4" w:themeShade="000099" w:val="single"/>
          <w:insideV w:space="0" w:sz="0" w:val="nil"/>
        </w:tcBorders>
        <w:shd w:color="auto" w:fill="3f5e1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5e12" w:themeFill="accent4" w:themeFillShade="000099" w:val="clear"/>
      </w:tcPr>
    </w:tblStylePr>
    <w:tblStylePr w:type="band1Vert">
      <w:tblPr/>
      <w:tcPr>
        <w:shd w:color="auto" w:fill="c6ea93" w:themeFill="accent4" w:themeFillTint="000066" w:val="clear"/>
      </w:tcPr>
    </w:tblStylePr>
    <w:tblStylePr w:type="band1Horz">
      <w:tblPr/>
      <w:tcPr>
        <w:shd w:color="auto" w:fill="b8e479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62324" w:space="0" w:sz="24" w:themeColor="accent6" w:val="single"/>
        <w:left w:color="e87d37" w:space="0" w:sz="4" w:themeColor="accent5" w:val="single"/>
        <w:bottom w:color="e87d37" w:space="0" w:sz="4" w:themeColor="accent5" w:val="single"/>
        <w:right w:color="e87d37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cf2eb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62324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a4711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a4711" w:space="0" w:sz="4" w:themeColor="accent5" w:themeShade="000099" w:val="single"/>
          <w:insideV w:space="0" w:sz="0" w:val="nil"/>
        </w:tcBorders>
        <w:shd w:color="auto" w:fill="9a4711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a4711" w:themeFill="accent5" w:themeFillShade="000099" w:val="clear"/>
      </w:tcPr>
    </w:tblStylePr>
    <w:tblStylePr w:type="band1Vert">
      <w:tblPr/>
      <w:tcPr>
        <w:shd w:color="auto" w:fill="f5caae" w:themeFill="accent5" w:themeFillTint="000066" w:val="clear"/>
      </w:tcPr>
    </w:tblStylePr>
    <w:tblStylePr w:type="band1Horz">
      <w:tblPr/>
      <w:tcPr>
        <w:shd w:color="auto" w:fill="f3bd9b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e87d37" w:space="0" w:sz="24" w:themeColor="accent5" w:val="single"/>
        <w:left w:color="c62324" w:space="0" w:sz="4" w:themeColor="accent6" w:val="single"/>
        <w:bottom w:color="c62324" w:space="0" w:sz="4" w:themeColor="accent6" w:val="single"/>
        <w:right w:color="c62324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be7e7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87d37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61515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61515" w:space="0" w:sz="4" w:themeColor="accent6" w:themeShade="000099" w:val="single"/>
          <w:insideV w:space="0" w:sz="0" w:val="nil"/>
        </w:tcBorders>
        <w:shd w:color="auto" w:fill="761515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1515" w:themeFill="accent6" w:themeFillShade="000099" w:val="clear"/>
      </w:tcPr>
    </w:tblStylePr>
    <w:tblStylePr w:type="band1Vert">
      <w:tblPr/>
      <w:tcPr>
        <w:shd w:color="auto" w:fill="eea0a0" w:themeFill="accent6" w:themeFillTint="000066" w:val="clear"/>
      </w:tcPr>
    </w:tblStylePr>
    <w:tblStylePr w:type="band1Horz">
      <w:tblPr/>
      <w:tcPr>
        <w:shd w:color="auto" w:fill="ea898a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30b67" w:themeFill="accent2" w:themeFillShade="0000CC" w:val="clear"/>
      </w:tcPr>
    </w:tblStylePr>
    <w:tblStylePr w:type="lastRow">
      <w:rPr>
        <w:b w:val="1"/>
        <w:bCs w:val="1"/>
        <w:color w:val="830b67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d8e9fd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30b67" w:themeFill="accent2" w:themeFillShade="0000CC" w:val="clear"/>
      </w:tcPr>
    </w:tblStylePr>
    <w:tblStylePr w:type="lastRow">
      <w:rPr>
        <w:b w:val="1"/>
        <w:bCs w:val="1"/>
        <w:color w:val="830b67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ec8fa" w:themeFill="accent1" w:themeFillTint="00003F" w:val="clear"/>
      </w:tcPr>
    </w:tblStylePr>
    <w:tblStylePr w:type="band1Horz">
      <w:tblPr/>
      <w:tcPr>
        <w:shd w:color="auto" w:fill="b1d2fb" w:themeFill="accent1" w:themeFillTint="000033" w:val="clear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ce0f5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30b67" w:themeFill="accent2" w:themeFillShade="0000CC" w:val="clear"/>
      </w:tcPr>
    </w:tblStylePr>
    <w:tblStylePr w:type="lastRow">
      <w:rPr>
        <w:b w:val="1"/>
        <w:bCs w:val="1"/>
        <w:color w:val="830b67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8b3e8" w:themeFill="accent2" w:themeFillTint="00003F" w:val="clear"/>
      </w:tcPr>
    </w:tblStylePr>
    <w:tblStylePr w:type="band1Horz">
      <w:tblPr/>
      <w:tcPr>
        <w:shd w:color="auto" w:fill="f9c1ec" w:themeFill="accent2" w:themeFillTint="000033" w:val="clear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1fbf6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547e18" w:themeFill="accent4" w:themeFillShade="0000CC" w:val="clear"/>
      </w:tcPr>
    </w:tblStylePr>
    <w:tblStylePr w:type="lastRow">
      <w:rPr>
        <w:b w:val="1"/>
        <w:bCs w:val="1"/>
        <w:color w:val="547e18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4f5e8" w:themeFill="accent3" w:themeFillTint="00003F" w:val="clear"/>
      </w:tcPr>
    </w:tblStylePr>
    <w:tblStylePr w:type="band1Horz">
      <w:tblPr/>
      <w:tcPr>
        <w:shd w:color="auto" w:fill="c3f7ec" w:themeFill="accent3" w:themeFillTint="000033" w:val="clear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1f9e4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107863" w:themeFill="accent3" w:themeFillShade="0000CC" w:val="clear"/>
      </w:tcPr>
    </w:tblStylePr>
    <w:tblStylePr w:type="lastRow">
      <w:rPr>
        <w:b w:val="1"/>
        <w:bCs w:val="1"/>
        <w:color w:val="107863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cf2bc" w:themeFill="accent4" w:themeFillTint="00003F" w:val="clear"/>
      </w:tcPr>
    </w:tblStylePr>
    <w:tblStylePr w:type="band1Horz">
      <w:tblPr/>
      <w:tcPr>
        <w:shd w:color="auto" w:fill="e2f4c9" w:themeFill="accent4" w:themeFillTint="000033" w:val="clear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cf2eb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1c1c" w:themeFill="accent6" w:themeFillShade="0000CC" w:val="clear"/>
      </w:tcPr>
    </w:tblStylePr>
    <w:tblStylePr w:type="lastRow">
      <w:rPr>
        <w:b w:val="1"/>
        <w:bCs w:val="1"/>
        <w:color w:val="9e1c1c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9decd" w:themeFill="accent5" w:themeFillTint="00003F" w:val="clear"/>
      </w:tcPr>
    </w:tblStylePr>
    <w:tblStylePr w:type="band1Horz">
      <w:tblPr/>
      <w:tcPr>
        <w:shd w:color="auto" w:fill="fae4d6" w:themeFill="accent5" w:themeFillTint="000033" w:val="clear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be7e7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d5f17" w:themeFill="accent5" w:themeFillShade="0000CC" w:val="clear"/>
      </w:tcPr>
    </w:tblStylePr>
    <w:tblStylePr w:type="lastRow">
      <w:rPr>
        <w:b w:val="1"/>
        <w:bCs w:val="1"/>
        <w:color w:val="cd5f17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4c4c4" w:themeFill="accent6" w:themeFillTint="00003F" w:val="clear"/>
      </w:tcPr>
    </w:tblStylePr>
    <w:tblStylePr w:type="band1Horz">
      <w:tblPr/>
      <w:tcPr>
        <w:shd w:color="auto" w:fill="f6cfcf" w:themeFill="accent6" w:themeFillTint="000033" w:val="clear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1d2fb" w:themeFill="accent1" w:themeFillTint="000033" w:val="clear"/>
    </w:tcPr>
    <w:tblStylePr w:type="firstRow">
      <w:rPr>
        <w:b w:val="1"/>
        <w:bCs w:val="1"/>
      </w:rPr>
      <w:tblPr/>
      <w:tcPr>
        <w:shd w:color="auto" w:fill="63a6f7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63a6f7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032348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032348" w:themeFill="accent1" w:themeFillShade="0000BF" w:val="clear"/>
      </w:tcPr>
    </w:tblStylePr>
    <w:tblStylePr w:type="band1Vert">
      <w:tblPr/>
      <w:tcPr>
        <w:shd w:color="auto" w:fill="3d91f5" w:themeFill="accent1" w:themeFillTint="00007F" w:val="clear"/>
      </w:tcPr>
    </w:tblStylePr>
    <w:tblStylePr w:type="band1Horz">
      <w:tblPr/>
      <w:tcPr>
        <w:shd w:color="auto" w:fill="3d91f5" w:themeFill="accent1" w:themeFillTint="00007F" w:val="clear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9c1ec" w:themeFill="accent2" w:themeFillTint="000033" w:val="clear"/>
    </w:tcPr>
    <w:tblStylePr w:type="firstRow">
      <w:rPr>
        <w:b w:val="1"/>
        <w:bCs w:val="1"/>
      </w:rPr>
      <w:tblPr/>
      <w:tcPr>
        <w:shd w:color="auto" w:fill="f484da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484da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7b0a60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7b0a60" w:themeFill="accent2" w:themeFillShade="0000BF" w:val="clear"/>
      </w:tcPr>
    </w:tblStylePr>
    <w:tblStylePr w:type="band1Vert">
      <w:tblPr/>
      <w:tcPr>
        <w:shd w:color="auto" w:fill="f266d1" w:themeFill="accent2" w:themeFillTint="00007F" w:val="clear"/>
      </w:tcPr>
    </w:tblStylePr>
    <w:tblStylePr w:type="band1Horz">
      <w:tblPr/>
      <w:tcPr>
        <w:shd w:color="auto" w:fill="f266d1" w:themeFill="accent2" w:themeFillTint="00007F" w:val="clear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3f7ec" w:themeFill="accent3" w:themeFillTint="000033" w:val="clear"/>
    </w:tcPr>
    <w:tblStylePr w:type="firstRow">
      <w:rPr>
        <w:b w:val="1"/>
        <w:bCs w:val="1"/>
      </w:rPr>
      <w:tblPr/>
      <w:tcPr>
        <w:shd w:color="auto" w:fill="87efda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87efda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0f705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0f705c" w:themeFill="accent3" w:themeFillShade="0000BF" w:val="clear"/>
      </w:tcPr>
    </w:tblStylePr>
    <w:tblStylePr w:type="band1Vert">
      <w:tblPr/>
      <w:tcPr>
        <w:shd w:color="auto" w:fill="69ebd1" w:themeFill="accent3" w:themeFillTint="00007F" w:val="clear"/>
      </w:tcPr>
    </w:tblStylePr>
    <w:tblStylePr w:type="band1Horz">
      <w:tblPr/>
      <w:tcPr>
        <w:shd w:color="auto" w:fill="69ebd1" w:themeFill="accent3" w:themeFillTint="00007F" w:val="clear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2f4c9" w:themeFill="accent4" w:themeFillTint="000033" w:val="clear"/>
    </w:tcPr>
    <w:tblStylePr w:type="firstRow">
      <w:rPr>
        <w:b w:val="1"/>
        <w:bCs w:val="1"/>
      </w:rPr>
      <w:tblPr/>
      <w:tcPr>
        <w:shd w:color="auto" w:fill="c6ea93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6ea93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4f7617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4f7617" w:themeFill="accent4" w:themeFillShade="0000BF" w:val="clear"/>
      </w:tcPr>
    </w:tblStylePr>
    <w:tblStylePr w:type="band1Vert">
      <w:tblPr/>
      <w:tcPr>
        <w:shd w:color="auto" w:fill="b8e479" w:themeFill="accent4" w:themeFillTint="00007F" w:val="clear"/>
      </w:tcPr>
    </w:tblStylePr>
    <w:tblStylePr w:type="band1Horz">
      <w:tblPr/>
      <w:tcPr>
        <w:shd w:color="auto" w:fill="b8e479" w:themeFill="accent4" w:themeFillTint="00007F" w:val="clear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ae4d6" w:themeFill="accent5" w:themeFillTint="000033" w:val="clear"/>
    </w:tcPr>
    <w:tblStylePr w:type="firstRow">
      <w:rPr>
        <w:b w:val="1"/>
        <w:bCs w:val="1"/>
      </w:rPr>
      <w:tblPr/>
      <w:tcPr>
        <w:shd w:color="auto" w:fill="f5caae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5caae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c05916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c05916" w:themeFill="accent5" w:themeFillShade="0000BF" w:val="clear"/>
      </w:tcPr>
    </w:tblStylePr>
    <w:tblStylePr w:type="band1Vert">
      <w:tblPr/>
      <w:tcPr>
        <w:shd w:color="auto" w:fill="f3bd9b" w:themeFill="accent5" w:themeFillTint="00007F" w:val="clear"/>
      </w:tcPr>
    </w:tblStylePr>
    <w:tblStylePr w:type="band1Horz">
      <w:tblPr/>
      <w:tcPr>
        <w:shd w:color="auto" w:fill="f3bd9b" w:themeFill="accent5" w:themeFillTint="00007F" w:val="clear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6cfcf" w:themeFill="accent6" w:themeFillTint="000033" w:val="clear"/>
    </w:tcPr>
    <w:tblStylePr w:type="firstRow">
      <w:rPr>
        <w:b w:val="1"/>
        <w:bCs w:val="1"/>
      </w:rPr>
      <w:tblPr/>
      <w:tcPr>
        <w:shd w:color="auto" w:fill="eea0a0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ea0a0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941a1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941a1a" w:themeFill="accent6" w:themeFillShade="0000BF" w:val="clear"/>
      </w:tcPr>
    </w:tblStylePr>
    <w:tblStylePr w:type="band1Vert">
      <w:tblPr/>
      <w:tcPr>
        <w:shd w:color="auto" w:fill="ea898a" w:themeFill="accent6" w:themeFillTint="00007F" w:val="clear"/>
      </w:tcPr>
    </w:tblStylePr>
    <w:tblStylePr w:type="band1Horz">
      <w:tblPr/>
      <w:tcPr>
        <w:shd w:color="auto" w:fill="ea898a" w:themeFill="accent6" w:themeFillTint="00007F" w:val="clear"/>
      </w:tcPr>
    </w:tblStylePr>
  </w:style>
  <w:style w:type="paragraph" w:styleId="NormalWeb">
    <w:name w:val="Normal (Web)"/>
    <w:basedOn w:val="Normal"/>
    <w:uiPriority w:val="99"/>
    <w:semiHidden w:val="1"/>
    <w:unhideWhenUsed w:val="1"/>
    <w:rsid w:val="00480C8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 w:val="en-GB"/>
    </w:rPr>
  </w:style>
  <w:style w:type="character" w:styleId="Hyperlink">
    <w:name w:val="Hyperlink"/>
    <w:basedOn w:val="DefaultParagraphFont"/>
    <w:uiPriority w:val="99"/>
    <w:semiHidden w:val="1"/>
    <w:unhideWhenUsed w:val="1"/>
    <w:rsid w:val="00480C80"/>
    <w:rPr>
      <w:color w:val="0000ff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sid w:val="0019059C"/>
    <w:rPr>
      <w:sz w:val="20"/>
      <w:szCs w:val="20"/>
    </w:rPr>
  </w:style>
  <w:style w:type="paragraph" w:styleId="PersonalName" w:customStyle="1">
    <w:name w:val="Personal Name"/>
    <w:basedOn w:val="Title"/>
    <w:rsid w:val="0019059C"/>
    <w:rPr>
      <w:b w:val="1"/>
      <w:caps w:val="0"/>
      <w:color w:val="000000"/>
      <w:sz w:val="28"/>
      <w:szCs w:val="28"/>
    </w:rPr>
  </w:style>
  <w:style w:type="paragraph" w:styleId="Subtitle">
    <w:name w:val="Subtitle"/>
    <w:basedOn w:val="Normal"/>
    <w:next w:val="Normal"/>
    <w:pPr>
      <w:spacing w:after="1000" w:line="240" w:lineRule="auto"/>
    </w:pPr>
    <w:rPr>
      <w:smallCaps w:val="1"/>
      <w:color w:val="595959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.klaber@healthplus.gpnet.je" TargetMode="External"/><Relationship Id="rId8" Type="http://schemas.openxmlformats.org/officeDocument/2006/relationships/hyperlink" Target="mailto:p.legresley@healthplus.gpnet.j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Ta12n7u/DOaenwIVZIFGaEahEQ==">CgMxLjAaHwoBMBIaChgICVIUChJ0YWJsZS5ubzZnamRscTh0ank4AHIhMTc3R1VKNnRxVUpqclhmamVUeFdXa1pRQXB4LURQZTg1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2026-03-18T21:45:00Z</dcterms:created>
  <dc:creator>python-docx</dc:creator>
</cp:coreProperties>
</file>